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32DFF" w14:textId="77777777" w:rsidR="00907385" w:rsidRPr="00066D8E" w:rsidRDefault="00907385" w:rsidP="00907385">
      <w:pPr>
        <w:rPr>
          <w:rFonts w:ascii="Times New Roman" w:hAnsi="Times New Roman" w:cs="Times New Roman"/>
          <w:b/>
          <w:sz w:val="44"/>
          <w:lang w:val="de-DE"/>
        </w:rPr>
      </w:pPr>
    </w:p>
    <w:p w14:paraId="2B061036" w14:textId="6C446CA1" w:rsidR="00907385" w:rsidRPr="00066D8E" w:rsidRDefault="00D74289" w:rsidP="006F44C3">
      <w:pPr>
        <w:pStyle w:val="berschrift1"/>
        <w:jc w:val="center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Erstelle ein ansprechendes</w:t>
      </w:r>
      <w:r w:rsidR="006F44C3">
        <w:rPr>
          <w:rFonts w:ascii="Times New Roman" w:hAnsi="Times New Roman" w:cs="Times New Roman"/>
          <w:lang w:val="de-DE"/>
        </w:rPr>
        <w:t>, gestaltetes</w:t>
      </w:r>
      <w:r w:rsidRPr="00066D8E">
        <w:rPr>
          <w:rFonts w:ascii="Times New Roman" w:hAnsi="Times New Roman" w:cs="Times New Roman"/>
          <w:lang w:val="de-DE"/>
        </w:rPr>
        <w:t xml:space="preserve"> Deckblatt und arbeite folgende </w:t>
      </w:r>
      <w:r w:rsidR="00907385" w:rsidRPr="00066D8E">
        <w:rPr>
          <w:rFonts w:ascii="Times New Roman" w:hAnsi="Times New Roman" w:cs="Times New Roman"/>
          <w:lang w:val="de-DE"/>
        </w:rPr>
        <w:t xml:space="preserve">Inhalte </w:t>
      </w:r>
      <w:r w:rsidRPr="00066D8E">
        <w:rPr>
          <w:rFonts w:ascii="Times New Roman" w:hAnsi="Times New Roman" w:cs="Times New Roman"/>
          <w:lang w:val="de-DE"/>
        </w:rPr>
        <w:t>ein</w:t>
      </w:r>
      <w:r w:rsidR="006F44C3">
        <w:rPr>
          <w:rFonts w:ascii="Times New Roman" w:hAnsi="Times New Roman" w:cs="Times New Roman"/>
          <w:lang w:val="de-DE"/>
        </w:rPr>
        <w:t>:</w:t>
      </w:r>
    </w:p>
    <w:p w14:paraId="3D9FA7DC" w14:textId="77777777" w:rsidR="00907385" w:rsidRPr="00066D8E" w:rsidRDefault="00907385" w:rsidP="00066D8E">
      <w:pPr>
        <w:spacing w:before="240" w:line="360" w:lineRule="auto"/>
        <w:jc w:val="center"/>
        <w:rPr>
          <w:rFonts w:ascii="Times New Roman" w:hAnsi="Times New Roman" w:cs="Times New Roman"/>
          <w:b/>
          <w:sz w:val="44"/>
          <w:lang w:val="de-DE"/>
        </w:rPr>
      </w:pPr>
    </w:p>
    <w:p w14:paraId="209700BB" w14:textId="5DFE1B3F" w:rsidR="00907385" w:rsidRPr="00066D8E" w:rsidRDefault="00D74289" w:rsidP="00066D8E">
      <w:pPr>
        <w:pStyle w:val="Listenabsatz"/>
        <w:numPr>
          <w:ilvl w:val="0"/>
          <w:numId w:val="11"/>
        </w:num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de-DE"/>
        </w:rPr>
      </w:pPr>
      <w:r w:rsidRPr="00066D8E">
        <w:rPr>
          <w:rFonts w:ascii="Times New Roman" w:hAnsi="Times New Roman" w:cs="Times New Roman"/>
          <w:b/>
          <w:sz w:val="26"/>
          <w:szCs w:val="26"/>
          <w:lang w:val="de-DE"/>
        </w:rPr>
        <w:t>Schülerbetriebspraktikum</w:t>
      </w:r>
    </w:p>
    <w:p w14:paraId="22EDB9D1" w14:textId="4F7531A3" w:rsidR="00D74289" w:rsidRPr="00066D8E" w:rsidRDefault="00D74289" w:rsidP="00066D8E">
      <w:pPr>
        <w:pStyle w:val="Listenabsatz"/>
        <w:numPr>
          <w:ilvl w:val="0"/>
          <w:numId w:val="11"/>
        </w:num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de-DE"/>
        </w:rPr>
      </w:pPr>
      <w:r w:rsidRPr="00066D8E">
        <w:rPr>
          <w:rFonts w:ascii="Times New Roman" w:hAnsi="Times New Roman" w:cs="Times New Roman"/>
          <w:b/>
          <w:sz w:val="26"/>
          <w:szCs w:val="26"/>
          <w:lang w:val="de-DE"/>
        </w:rPr>
        <w:t>Praktikumshefter Klasse 10</w:t>
      </w:r>
    </w:p>
    <w:p w14:paraId="4DFA575F" w14:textId="0848BCB9" w:rsidR="00D74289" w:rsidRPr="00066D8E" w:rsidRDefault="00D74289" w:rsidP="00066D8E">
      <w:pPr>
        <w:pStyle w:val="Listenabsatz"/>
        <w:numPr>
          <w:ilvl w:val="0"/>
          <w:numId w:val="11"/>
        </w:num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de-DE"/>
        </w:rPr>
      </w:pPr>
      <w:r w:rsidRPr="00066D8E">
        <w:rPr>
          <w:rFonts w:ascii="Times New Roman" w:hAnsi="Times New Roman" w:cs="Times New Roman"/>
          <w:b/>
          <w:sz w:val="26"/>
          <w:szCs w:val="26"/>
          <w:lang w:val="de-DE"/>
        </w:rPr>
        <w:t>Name</w:t>
      </w:r>
    </w:p>
    <w:p w14:paraId="70220A9D" w14:textId="262BD425" w:rsidR="00D74289" w:rsidRPr="00066D8E" w:rsidRDefault="00D74289" w:rsidP="00066D8E">
      <w:pPr>
        <w:pStyle w:val="Listenabsatz"/>
        <w:numPr>
          <w:ilvl w:val="0"/>
          <w:numId w:val="11"/>
        </w:num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de-DE"/>
        </w:rPr>
      </w:pPr>
      <w:r w:rsidRPr="00066D8E">
        <w:rPr>
          <w:rFonts w:ascii="Times New Roman" w:hAnsi="Times New Roman" w:cs="Times New Roman"/>
          <w:b/>
          <w:sz w:val="26"/>
          <w:szCs w:val="26"/>
          <w:lang w:val="de-DE"/>
        </w:rPr>
        <w:t>Klasse</w:t>
      </w:r>
    </w:p>
    <w:p w14:paraId="2B80E307" w14:textId="4ECB3E29" w:rsidR="00D74289" w:rsidRPr="00066D8E" w:rsidRDefault="00D74289" w:rsidP="00066D8E">
      <w:pPr>
        <w:pStyle w:val="Listenabsatz"/>
        <w:numPr>
          <w:ilvl w:val="0"/>
          <w:numId w:val="11"/>
        </w:num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de-DE"/>
        </w:rPr>
      </w:pPr>
      <w:r w:rsidRPr="00066D8E">
        <w:rPr>
          <w:rFonts w:ascii="Times New Roman" w:hAnsi="Times New Roman" w:cs="Times New Roman"/>
          <w:b/>
          <w:sz w:val="26"/>
          <w:szCs w:val="26"/>
          <w:lang w:val="de-DE"/>
        </w:rPr>
        <w:t>Praktikumsbetrieb</w:t>
      </w:r>
    </w:p>
    <w:p w14:paraId="7019E696" w14:textId="114D5861" w:rsidR="00D74289" w:rsidRPr="00066D8E" w:rsidRDefault="00D74289" w:rsidP="00066D8E">
      <w:pPr>
        <w:pStyle w:val="Listenabsatz"/>
        <w:numPr>
          <w:ilvl w:val="0"/>
          <w:numId w:val="11"/>
        </w:num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de-DE"/>
        </w:rPr>
      </w:pPr>
      <w:r w:rsidRPr="00066D8E">
        <w:rPr>
          <w:rFonts w:ascii="Times New Roman" w:hAnsi="Times New Roman" w:cs="Times New Roman"/>
          <w:b/>
          <w:sz w:val="26"/>
          <w:szCs w:val="26"/>
          <w:lang w:val="de-DE"/>
        </w:rPr>
        <w:t>Praktikumszeitraum</w:t>
      </w:r>
    </w:p>
    <w:p w14:paraId="57705919" w14:textId="7AE5881A" w:rsidR="00D74289" w:rsidRPr="00066D8E" w:rsidRDefault="00066D8E" w:rsidP="00066D8E">
      <w:pPr>
        <w:pStyle w:val="Listenabsatz"/>
        <w:numPr>
          <w:ilvl w:val="0"/>
          <w:numId w:val="11"/>
        </w:num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de-DE"/>
        </w:rPr>
      </w:pPr>
      <w:r w:rsidRPr="00066D8E">
        <w:rPr>
          <w:rFonts w:ascii="Times New Roman" w:hAnsi="Times New Roman" w:cs="Times New Roman"/>
          <w:b/>
          <w:sz w:val="26"/>
          <w:szCs w:val="26"/>
          <w:lang w:val="de-DE"/>
        </w:rPr>
        <w:t>b</w:t>
      </w:r>
      <w:r w:rsidR="00D74289" w:rsidRPr="00066D8E">
        <w:rPr>
          <w:rFonts w:ascii="Times New Roman" w:hAnsi="Times New Roman" w:cs="Times New Roman"/>
          <w:b/>
          <w:sz w:val="26"/>
          <w:szCs w:val="26"/>
          <w:lang w:val="de-DE"/>
        </w:rPr>
        <w:t>etreuender Fachlehrer</w:t>
      </w:r>
    </w:p>
    <w:p w14:paraId="18A74365" w14:textId="77777777" w:rsidR="00907385" w:rsidRPr="00066D8E" w:rsidRDefault="00907385" w:rsidP="00907385">
      <w:pPr>
        <w:rPr>
          <w:rFonts w:ascii="Times New Roman" w:hAnsi="Times New Roman" w:cs="Times New Roman"/>
          <w:b/>
          <w:sz w:val="44"/>
          <w:lang w:val="de-DE"/>
        </w:rPr>
      </w:pPr>
    </w:p>
    <w:p w14:paraId="4678F9FD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6FEFEB4F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7884D6F1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22686F23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0A7CCEB5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752C6002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749AC382" w14:textId="7112B165" w:rsidR="00077B1E" w:rsidRPr="00066D8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br/>
      </w:r>
    </w:p>
    <w:p w14:paraId="10CC23FF" w14:textId="4250AD2A" w:rsidR="00077B1E" w:rsidRPr="00066D8E" w:rsidRDefault="00077B1E">
      <w:pPr>
        <w:rPr>
          <w:rFonts w:ascii="Times New Roman" w:hAnsi="Times New Roman" w:cs="Times New Roman"/>
          <w:lang w:val="de-DE"/>
        </w:rPr>
      </w:pPr>
    </w:p>
    <w:p w14:paraId="7DD5C844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3CFED0E0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0FC63D91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51A63B36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6ADD7448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028D9AD3" w14:textId="77777777" w:rsidR="00077B1E" w:rsidRPr="00066D8E" w:rsidRDefault="0065194F">
      <w:pPr>
        <w:pStyle w:val="berschrift1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lastRenderedPageBreak/>
        <w:t>Dein Praktikumshefter – Aufgaben im Überblick</w:t>
      </w:r>
    </w:p>
    <w:p w14:paraId="0D793213" w14:textId="36430229" w:rsidR="00077B1E" w:rsidRPr="00066D8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Bearbeite die folgenden Aufgaben vollständig und übersichtlich. Nutze eigene Formulierungen, konkrete Beispiele aus deinem Praktikum und</w:t>
      </w:r>
      <w:r w:rsidR="00066D8E">
        <w:rPr>
          <w:rFonts w:ascii="Times New Roman" w:hAnsi="Times New Roman" w:cs="Times New Roman"/>
          <w:lang w:val="de-DE"/>
        </w:rPr>
        <w:t xml:space="preserve">, </w:t>
      </w:r>
      <w:r w:rsidRPr="00066D8E">
        <w:rPr>
          <w:rFonts w:ascii="Times New Roman" w:hAnsi="Times New Roman" w:cs="Times New Roman"/>
          <w:lang w:val="de-DE"/>
        </w:rPr>
        <w:t>wenn möglich</w:t>
      </w:r>
      <w:r w:rsidR="00066D8E">
        <w:rPr>
          <w:rFonts w:ascii="Times New Roman" w:hAnsi="Times New Roman" w:cs="Times New Roman"/>
          <w:lang w:val="de-DE"/>
        </w:rPr>
        <w:t xml:space="preserve">, </w:t>
      </w:r>
      <w:r w:rsidRPr="00066D8E">
        <w:rPr>
          <w:rFonts w:ascii="Times New Roman" w:hAnsi="Times New Roman" w:cs="Times New Roman"/>
          <w:lang w:val="de-DE"/>
        </w:rPr>
        <w:t>passende Materialien oder Bilder</w:t>
      </w:r>
      <w:r w:rsidR="00066D8E">
        <w:rPr>
          <w:rFonts w:ascii="Times New Roman" w:hAnsi="Times New Roman" w:cs="Times New Roman"/>
          <w:lang w:val="de-DE"/>
        </w:rPr>
        <w:t xml:space="preserve"> (Quellenangabe nicht vergessen)</w:t>
      </w:r>
      <w:r w:rsidRPr="00066D8E">
        <w:rPr>
          <w:rFonts w:ascii="Times New Roman" w:hAnsi="Times New Roman" w:cs="Times New Roman"/>
          <w:lang w:val="de-DE"/>
        </w:rPr>
        <w:t>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3281"/>
        <w:gridCol w:w="3284"/>
        <w:gridCol w:w="3284"/>
      </w:tblGrid>
      <w:tr w:rsidR="00077B1E" w:rsidRPr="00066D8E" w14:paraId="18675105" w14:textId="77777777" w:rsidTr="00066D8E">
        <w:trPr>
          <w:jc w:val="center"/>
        </w:trPr>
        <w:tc>
          <w:tcPr>
            <w:tcW w:w="3281" w:type="dxa"/>
            <w:shd w:val="clear" w:color="auto" w:fill="D9EAF7"/>
            <w:vAlign w:val="center"/>
          </w:tcPr>
          <w:p w14:paraId="7D82B6D4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19"/>
                <w:lang w:val="de-DE"/>
              </w:rPr>
              <w:t>Nr.</w:t>
            </w:r>
          </w:p>
        </w:tc>
        <w:tc>
          <w:tcPr>
            <w:tcW w:w="3284" w:type="dxa"/>
            <w:shd w:val="clear" w:color="auto" w:fill="D9EAF7"/>
            <w:vAlign w:val="center"/>
          </w:tcPr>
          <w:p w14:paraId="1AACCF24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19"/>
                <w:lang w:val="de-DE"/>
              </w:rPr>
              <w:t>Aufgabe</w:t>
            </w:r>
          </w:p>
        </w:tc>
        <w:tc>
          <w:tcPr>
            <w:tcW w:w="3284" w:type="dxa"/>
            <w:shd w:val="clear" w:color="auto" w:fill="D9EAF7"/>
            <w:vAlign w:val="center"/>
          </w:tcPr>
          <w:p w14:paraId="72934FBF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19"/>
                <w:lang w:val="de-DE"/>
              </w:rPr>
              <w:t>Kurzbeschreibung</w:t>
            </w:r>
          </w:p>
        </w:tc>
      </w:tr>
      <w:tr w:rsidR="00077B1E" w:rsidRPr="00066D8E" w14:paraId="60B072A1" w14:textId="77777777" w:rsidTr="00066D8E">
        <w:trPr>
          <w:jc w:val="center"/>
        </w:trPr>
        <w:tc>
          <w:tcPr>
            <w:tcW w:w="3281" w:type="dxa"/>
            <w:vAlign w:val="center"/>
          </w:tcPr>
          <w:p w14:paraId="4E9BDF64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1</w:t>
            </w:r>
          </w:p>
        </w:tc>
        <w:tc>
          <w:tcPr>
            <w:tcW w:w="3284" w:type="dxa"/>
            <w:vAlign w:val="center"/>
          </w:tcPr>
          <w:p w14:paraId="4CD5F078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Mein Praktikumsbetrieb im Überblick</w:t>
            </w:r>
          </w:p>
        </w:tc>
        <w:tc>
          <w:tcPr>
            <w:tcW w:w="3284" w:type="dxa"/>
            <w:vAlign w:val="center"/>
          </w:tcPr>
          <w:p w14:paraId="46771013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Steckbrief zum Betrieb und zu seinen Arbeitsbereichen</w:t>
            </w:r>
          </w:p>
        </w:tc>
      </w:tr>
      <w:tr w:rsidR="00077B1E" w:rsidRPr="00066D8E" w14:paraId="0ABA5D3A" w14:textId="77777777" w:rsidTr="00066D8E">
        <w:trPr>
          <w:jc w:val="center"/>
        </w:trPr>
        <w:tc>
          <w:tcPr>
            <w:tcW w:w="3281" w:type="dxa"/>
            <w:vAlign w:val="center"/>
          </w:tcPr>
          <w:p w14:paraId="6C2A807F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2</w:t>
            </w:r>
          </w:p>
        </w:tc>
        <w:tc>
          <w:tcPr>
            <w:tcW w:w="3284" w:type="dxa"/>
            <w:vAlign w:val="center"/>
          </w:tcPr>
          <w:p w14:paraId="35908B90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Mein erster Praktikumstag</w:t>
            </w:r>
          </w:p>
        </w:tc>
        <w:tc>
          <w:tcPr>
            <w:tcW w:w="3284" w:type="dxa"/>
            <w:vAlign w:val="center"/>
          </w:tcPr>
          <w:p w14:paraId="0546DDDF" w14:textId="1C52DC43" w:rsidR="00077B1E" w:rsidRPr="00066D8E" w:rsidRDefault="00907385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ausführlicher Bericht über Eindrücke, Tätigkeiten und Erfahrungen</w:t>
            </w:r>
          </w:p>
        </w:tc>
      </w:tr>
      <w:tr w:rsidR="00077B1E" w:rsidRPr="00066D8E" w14:paraId="3C32D532" w14:textId="77777777" w:rsidTr="00066D8E">
        <w:trPr>
          <w:jc w:val="center"/>
        </w:trPr>
        <w:tc>
          <w:tcPr>
            <w:tcW w:w="3281" w:type="dxa"/>
            <w:vAlign w:val="center"/>
          </w:tcPr>
          <w:p w14:paraId="2A9729CD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3</w:t>
            </w:r>
          </w:p>
        </w:tc>
        <w:tc>
          <w:tcPr>
            <w:tcW w:w="3284" w:type="dxa"/>
            <w:vAlign w:val="center"/>
          </w:tcPr>
          <w:p w14:paraId="042B6C00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Meine zwei Praktikumswochen</w:t>
            </w:r>
          </w:p>
        </w:tc>
        <w:tc>
          <w:tcPr>
            <w:tcW w:w="3284" w:type="dxa"/>
            <w:vAlign w:val="center"/>
          </w:tcPr>
          <w:p w14:paraId="10DAFD44" w14:textId="221DA1E6" w:rsidR="00077B1E" w:rsidRPr="00066D8E" w:rsidRDefault="00907385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zwei strukturierte Wochenberichte</w:t>
            </w:r>
          </w:p>
        </w:tc>
      </w:tr>
      <w:tr w:rsidR="00077B1E" w:rsidRPr="00066D8E" w14:paraId="1F0A49AB" w14:textId="77777777" w:rsidTr="00066D8E">
        <w:trPr>
          <w:jc w:val="center"/>
        </w:trPr>
        <w:tc>
          <w:tcPr>
            <w:tcW w:w="3281" w:type="dxa"/>
            <w:vAlign w:val="center"/>
          </w:tcPr>
          <w:p w14:paraId="2B184B02" w14:textId="7AB54FFC" w:rsidR="00077B1E" w:rsidRPr="00066D8E" w:rsidRDefault="00066D8E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lang w:val="de-DE"/>
              </w:rPr>
              <w:t>4</w:t>
            </w:r>
          </w:p>
        </w:tc>
        <w:tc>
          <w:tcPr>
            <w:tcW w:w="3284" w:type="dxa"/>
            <w:vAlign w:val="center"/>
          </w:tcPr>
          <w:p w14:paraId="5E02505C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Mein Praktikum – mein Fazit</w:t>
            </w:r>
          </w:p>
        </w:tc>
        <w:tc>
          <w:tcPr>
            <w:tcW w:w="3284" w:type="dxa"/>
            <w:vAlign w:val="center"/>
          </w:tcPr>
          <w:p w14:paraId="19D1C1F3" w14:textId="5E5516DD" w:rsidR="00077B1E" w:rsidRPr="00066D8E" w:rsidRDefault="00907385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abschließende Auswertung und persönliche Bilanz</w:t>
            </w:r>
          </w:p>
        </w:tc>
      </w:tr>
      <w:tr w:rsidR="00066D8E" w:rsidRPr="00066D8E" w14:paraId="0518ECAE" w14:textId="77777777" w:rsidTr="00066D8E">
        <w:trPr>
          <w:jc w:val="center"/>
        </w:trPr>
        <w:tc>
          <w:tcPr>
            <w:tcW w:w="3281" w:type="dxa"/>
            <w:vAlign w:val="center"/>
          </w:tcPr>
          <w:p w14:paraId="27B90569" w14:textId="26971F66" w:rsidR="00066D8E" w:rsidRPr="00066D8E" w:rsidRDefault="00066D8E" w:rsidP="00066D8E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5</w:t>
            </w:r>
          </w:p>
        </w:tc>
        <w:tc>
          <w:tcPr>
            <w:tcW w:w="3284" w:type="dxa"/>
            <w:vAlign w:val="center"/>
          </w:tcPr>
          <w:p w14:paraId="00114CFD" w14:textId="7EA4B755" w:rsidR="00066D8E" w:rsidRPr="00066D8E" w:rsidRDefault="00066D8E" w:rsidP="00066D8E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Mein Praktikumsberuf</w:t>
            </w:r>
          </w:p>
        </w:tc>
        <w:tc>
          <w:tcPr>
            <w:tcW w:w="3284" w:type="dxa"/>
            <w:vAlign w:val="center"/>
          </w:tcPr>
          <w:p w14:paraId="32C33019" w14:textId="101A3503" w:rsidR="00066D8E" w:rsidRPr="00066D8E" w:rsidRDefault="00066D8E" w:rsidP="00066D8E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Vorbereitung einer Präsentation zum erkundeten Beruf</w:t>
            </w:r>
          </w:p>
        </w:tc>
      </w:tr>
      <w:tr w:rsidR="00066D8E" w:rsidRPr="00066D8E" w14:paraId="48931A05" w14:textId="77777777" w:rsidTr="00066D8E">
        <w:trPr>
          <w:jc w:val="center"/>
        </w:trPr>
        <w:tc>
          <w:tcPr>
            <w:tcW w:w="3281" w:type="dxa"/>
            <w:vAlign w:val="center"/>
          </w:tcPr>
          <w:p w14:paraId="59EC8C69" w14:textId="20D8758C" w:rsidR="00066D8E" w:rsidRPr="00066D8E" w:rsidRDefault="00066D8E" w:rsidP="00066D8E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6</w:t>
            </w:r>
          </w:p>
        </w:tc>
        <w:tc>
          <w:tcPr>
            <w:tcW w:w="3284" w:type="dxa"/>
            <w:vAlign w:val="center"/>
          </w:tcPr>
          <w:p w14:paraId="62D37E1F" w14:textId="4B35A700" w:rsidR="00066D8E" w:rsidRPr="00066D8E" w:rsidRDefault="00066D8E" w:rsidP="00066D8E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Berufscheck: Passt der Beruf zu mir?</w:t>
            </w:r>
          </w:p>
        </w:tc>
        <w:tc>
          <w:tcPr>
            <w:tcW w:w="3284" w:type="dxa"/>
            <w:vAlign w:val="center"/>
          </w:tcPr>
          <w:p w14:paraId="669A4D44" w14:textId="645491A6" w:rsidR="00066D8E" w:rsidRPr="00066D8E" w:rsidRDefault="00066D8E" w:rsidP="00066D8E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Anforderungen des Berufs mit den eigenen Stärken vergleichen</w:t>
            </w:r>
          </w:p>
        </w:tc>
      </w:tr>
    </w:tbl>
    <w:p w14:paraId="68B8D60C" w14:textId="77777777" w:rsidR="00077B1E" w:rsidRPr="00066D8E" w:rsidRDefault="0065194F">
      <w:pPr>
        <w:pStyle w:val="berschrift1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1. Mein Praktikumsbetrieb im Überblick</w:t>
      </w:r>
    </w:p>
    <w:p w14:paraId="15F87BA7" w14:textId="77777777" w:rsidR="00077B1E" w:rsidRPr="00066D8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b/>
          <w:bCs/>
          <w:lang w:val="de-DE"/>
        </w:rPr>
        <w:t xml:space="preserve">Erstelle </w:t>
      </w:r>
      <w:r w:rsidRPr="00066D8E">
        <w:rPr>
          <w:rFonts w:ascii="Times New Roman" w:hAnsi="Times New Roman" w:cs="Times New Roman"/>
          <w:lang w:val="de-DE"/>
        </w:rPr>
        <w:t xml:space="preserve">einen übersichtlichen </w:t>
      </w:r>
      <w:r w:rsidRPr="00066D8E">
        <w:rPr>
          <w:rFonts w:ascii="Times New Roman" w:hAnsi="Times New Roman" w:cs="Times New Roman"/>
          <w:b/>
          <w:bCs/>
          <w:lang w:val="de-DE"/>
        </w:rPr>
        <w:t>Steckbrief</w:t>
      </w:r>
      <w:r w:rsidRPr="00066D8E">
        <w:rPr>
          <w:rFonts w:ascii="Times New Roman" w:hAnsi="Times New Roman" w:cs="Times New Roman"/>
          <w:lang w:val="de-DE"/>
        </w:rPr>
        <w:t xml:space="preserve"> zu deinem </w:t>
      </w:r>
      <w:r w:rsidRPr="00066D8E">
        <w:rPr>
          <w:rFonts w:ascii="Times New Roman" w:hAnsi="Times New Roman" w:cs="Times New Roman"/>
          <w:b/>
          <w:bCs/>
          <w:lang w:val="de-DE"/>
        </w:rPr>
        <w:t>Praktikumsbetrieb</w:t>
      </w:r>
      <w:r w:rsidRPr="00066D8E">
        <w:rPr>
          <w:rFonts w:ascii="Times New Roman" w:hAnsi="Times New Roman" w:cs="Times New Roman"/>
          <w:lang w:val="de-DE"/>
        </w:rPr>
        <w:t>. Gehe auf folgende Punkte ein:</w:t>
      </w:r>
    </w:p>
    <w:p w14:paraId="78AC81B8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Name und Standort des Betriebes</w:t>
      </w:r>
    </w:p>
    <w:p w14:paraId="0CF957B3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Branche und wichtigste Aufgaben/Produkte/Dienstleistungen</w:t>
      </w:r>
    </w:p>
    <w:p w14:paraId="54A61836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Größe des Betriebes bzw. Anzahl der Beschäftigten (wenn bekannt)</w:t>
      </w:r>
    </w:p>
    <w:p w14:paraId="02FBB393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wichtige Abteilungen oder Arbeitsbereiche</w:t>
      </w:r>
    </w:p>
    <w:p w14:paraId="0D24CDB8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Berufe und Ausbildungsmöglichkeiten im Betrieb</w:t>
      </w:r>
    </w:p>
    <w:p w14:paraId="57F4D1FA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dein Einsatzbereich und deine Ansprechperson</w:t>
      </w:r>
    </w:p>
    <w:p w14:paraId="66285540" w14:textId="77777777" w:rsidR="00077B1E" w:rsidRPr="00066D8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Tipp: Ein Logo, Foto, Organigramm oder anderes passendes Material kann den Steckbrief ergänzen.</w:t>
      </w:r>
    </w:p>
    <w:p w14:paraId="345B6951" w14:textId="77777777" w:rsidR="00077B1E" w:rsidRPr="00066D8E" w:rsidRDefault="0065194F">
      <w:pPr>
        <w:pStyle w:val="berschrift1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2. Mein erster Praktikumstag</w:t>
      </w:r>
    </w:p>
    <w:p w14:paraId="31E425F0" w14:textId="69EB0E22" w:rsidR="00077B1E" w:rsidRPr="00066D8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b/>
          <w:bCs/>
          <w:lang w:val="de-DE"/>
        </w:rPr>
        <w:t>Schreibe</w:t>
      </w:r>
      <w:r w:rsidRPr="00066D8E">
        <w:rPr>
          <w:rFonts w:ascii="Times New Roman" w:hAnsi="Times New Roman" w:cs="Times New Roman"/>
          <w:lang w:val="de-DE"/>
        </w:rPr>
        <w:t xml:space="preserve"> einen </w:t>
      </w:r>
      <w:r w:rsidRPr="00066D8E">
        <w:rPr>
          <w:rFonts w:ascii="Times New Roman" w:hAnsi="Times New Roman" w:cs="Times New Roman"/>
          <w:b/>
          <w:bCs/>
          <w:lang w:val="de-DE"/>
        </w:rPr>
        <w:t>ausführlichen Bericht</w:t>
      </w:r>
      <w:r w:rsidRPr="00066D8E">
        <w:rPr>
          <w:rFonts w:ascii="Times New Roman" w:hAnsi="Times New Roman" w:cs="Times New Roman"/>
          <w:lang w:val="de-DE"/>
        </w:rPr>
        <w:t xml:space="preserve"> im Fließtext</w:t>
      </w:r>
      <w:r w:rsidR="00907385" w:rsidRPr="00066D8E">
        <w:rPr>
          <w:rFonts w:ascii="Times New Roman" w:hAnsi="Times New Roman" w:cs="Times New Roman"/>
          <w:lang w:val="de-DE"/>
        </w:rPr>
        <w:t xml:space="preserve"> (mindestens eine halbe Seite in Word PC</w:t>
      </w:r>
      <w:r w:rsidR="00D74289" w:rsidRPr="00066D8E">
        <w:rPr>
          <w:rFonts w:ascii="Times New Roman" w:hAnsi="Times New Roman" w:cs="Times New Roman"/>
          <w:lang w:val="de-DE"/>
        </w:rPr>
        <w:t xml:space="preserve"> Schriftgröße 12 Arial oder Times</w:t>
      </w:r>
      <w:r w:rsidR="00907385" w:rsidRPr="00066D8E">
        <w:rPr>
          <w:rFonts w:ascii="Times New Roman" w:hAnsi="Times New Roman" w:cs="Times New Roman"/>
          <w:lang w:val="de-DE"/>
        </w:rPr>
        <w:t>)</w:t>
      </w:r>
      <w:r w:rsidRPr="00066D8E">
        <w:rPr>
          <w:rFonts w:ascii="Times New Roman" w:hAnsi="Times New Roman" w:cs="Times New Roman"/>
          <w:lang w:val="de-DE"/>
        </w:rPr>
        <w:t xml:space="preserve">. </w:t>
      </w:r>
      <w:r w:rsidRPr="00066D8E">
        <w:rPr>
          <w:rFonts w:ascii="Times New Roman" w:hAnsi="Times New Roman" w:cs="Times New Roman"/>
          <w:b/>
          <w:bCs/>
          <w:lang w:val="de-DE"/>
        </w:rPr>
        <w:t>Beschreibe</w:t>
      </w:r>
      <w:r w:rsidRPr="00066D8E">
        <w:rPr>
          <w:rFonts w:ascii="Times New Roman" w:hAnsi="Times New Roman" w:cs="Times New Roman"/>
          <w:lang w:val="de-DE"/>
        </w:rPr>
        <w:t xml:space="preserve"> deinen </w:t>
      </w:r>
      <w:r w:rsidRPr="00066D8E">
        <w:rPr>
          <w:rFonts w:ascii="Times New Roman" w:hAnsi="Times New Roman" w:cs="Times New Roman"/>
          <w:b/>
          <w:bCs/>
          <w:lang w:val="de-DE"/>
        </w:rPr>
        <w:t>ersten Tag</w:t>
      </w:r>
      <w:r w:rsidRPr="00066D8E">
        <w:rPr>
          <w:rFonts w:ascii="Times New Roman" w:hAnsi="Times New Roman" w:cs="Times New Roman"/>
          <w:lang w:val="de-DE"/>
        </w:rPr>
        <w:t xml:space="preserve"> so, dass jemand, der nicht dabei war, ihn gut nachvollziehen kann.</w:t>
      </w:r>
    </w:p>
    <w:p w14:paraId="1890360A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Wo und wann begann dein Arbeitstag?</w:t>
      </w:r>
    </w:p>
    <w:p w14:paraId="6F75ECE8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Wie wurdest du empfangen und eingewiesen?</w:t>
      </w:r>
    </w:p>
    <w:p w14:paraId="1A0E60DE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Welche Personen und Arbeitsbereiche hast du kennengelernt?</w:t>
      </w:r>
    </w:p>
    <w:p w14:paraId="34A6DD5F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Welche Tätigkeiten hast du ausgeführt und welche Arbeitsmittel hast du benutzt?</w:t>
      </w:r>
    </w:p>
    <w:p w14:paraId="00874C40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Was war neu, überraschend, schwierig oder besonders interessant?</w:t>
      </w:r>
    </w:p>
    <w:p w14:paraId="6184D258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Wie hast du dich am Anfang und am Ende des Tages gefühlt?</w:t>
      </w:r>
    </w:p>
    <w:p w14:paraId="3F86626C" w14:textId="77777777" w:rsidR="00077B1E" w:rsidRPr="00066D8E" w:rsidRDefault="0065194F">
      <w:pPr>
        <w:pStyle w:val="berschrift1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3. Meine zwei Praktikumswochen</w:t>
      </w:r>
    </w:p>
    <w:p w14:paraId="217A901E" w14:textId="77777777" w:rsidR="00077B1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b/>
          <w:bCs/>
          <w:lang w:val="de-DE"/>
        </w:rPr>
        <w:t>Fülle</w:t>
      </w:r>
      <w:r w:rsidRPr="00066D8E">
        <w:rPr>
          <w:rFonts w:ascii="Times New Roman" w:hAnsi="Times New Roman" w:cs="Times New Roman"/>
          <w:lang w:val="de-DE"/>
        </w:rPr>
        <w:t xml:space="preserve"> für </w:t>
      </w:r>
      <w:r w:rsidRPr="00066D8E">
        <w:rPr>
          <w:rFonts w:ascii="Times New Roman" w:hAnsi="Times New Roman" w:cs="Times New Roman"/>
          <w:b/>
          <w:bCs/>
          <w:lang w:val="de-DE"/>
        </w:rPr>
        <w:t>jede Praktikumswoche</w:t>
      </w:r>
      <w:r w:rsidRPr="00066D8E">
        <w:rPr>
          <w:rFonts w:ascii="Times New Roman" w:hAnsi="Times New Roman" w:cs="Times New Roman"/>
          <w:lang w:val="de-DE"/>
        </w:rPr>
        <w:t xml:space="preserve"> einen </w:t>
      </w:r>
      <w:r w:rsidRPr="00066D8E">
        <w:rPr>
          <w:rFonts w:ascii="Times New Roman" w:hAnsi="Times New Roman" w:cs="Times New Roman"/>
          <w:b/>
          <w:bCs/>
          <w:lang w:val="de-DE"/>
        </w:rPr>
        <w:t>Wochenbericht aus</w:t>
      </w:r>
      <w:r w:rsidRPr="00066D8E">
        <w:rPr>
          <w:rFonts w:ascii="Times New Roman" w:hAnsi="Times New Roman" w:cs="Times New Roman"/>
          <w:lang w:val="de-DE"/>
        </w:rPr>
        <w:t xml:space="preserve">. </w:t>
      </w:r>
      <w:r w:rsidRPr="00066D8E">
        <w:rPr>
          <w:rFonts w:ascii="Times New Roman" w:hAnsi="Times New Roman" w:cs="Times New Roman"/>
          <w:b/>
          <w:bCs/>
          <w:lang w:val="de-DE"/>
        </w:rPr>
        <w:t>Notiere</w:t>
      </w:r>
      <w:r w:rsidRPr="00066D8E">
        <w:rPr>
          <w:rFonts w:ascii="Times New Roman" w:hAnsi="Times New Roman" w:cs="Times New Roman"/>
          <w:lang w:val="de-DE"/>
        </w:rPr>
        <w:t xml:space="preserve"> knapp, aber konkret, was du an den einzelnen Tagen gemacht hast.</w:t>
      </w:r>
    </w:p>
    <w:p w14:paraId="5E11C92F" w14:textId="77777777" w:rsidR="00066D8E" w:rsidRDefault="00066D8E">
      <w:pPr>
        <w:rPr>
          <w:rFonts w:ascii="Times New Roman" w:hAnsi="Times New Roman" w:cs="Times New Roman"/>
          <w:lang w:val="de-DE"/>
        </w:rPr>
      </w:pPr>
    </w:p>
    <w:p w14:paraId="5DDEF6AA" w14:textId="77777777" w:rsidR="00066D8E" w:rsidRPr="00066D8E" w:rsidRDefault="00066D8E">
      <w:pPr>
        <w:rPr>
          <w:rFonts w:ascii="Times New Roman" w:hAnsi="Times New Roman" w:cs="Times New Roman"/>
          <w:lang w:val="de-DE"/>
        </w:rPr>
      </w:pPr>
    </w:p>
    <w:p w14:paraId="75F7A24A" w14:textId="10DC8199" w:rsidR="00077B1E" w:rsidRPr="00066D8E" w:rsidRDefault="0065194F">
      <w:pPr>
        <w:pStyle w:val="berschrift2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lastRenderedPageBreak/>
        <w:t>Wochenbericht 1</w:t>
      </w:r>
      <w:r w:rsidR="008924F7" w:rsidRPr="00066D8E">
        <w:rPr>
          <w:rFonts w:ascii="Times New Roman" w:hAnsi="Times New Roman" w:cs="Times New Roman"/>
          <w:lang w:val="de-DE"/>
        </w:rPr>
        <w:t>. Woche</w:t>
      </w:r>
    </w:p>
    <w:tbl>
      <w:tblPr>
        <w:tblStyle w:val="Tabellenraster"/>
        <w:tblW w:w="10491" w:type="dxa"/>
        <w:jc w:val="center"/>
        <w:tblLook w:val="04A0" w:firstRow="1" w:lastRow="0" w:firstColumn="1" w:lastColumn="0" w:noHBand="0" w:noVBand="1"/>
      </w:tblPr>
      <w:tblGrid>
        <w:gridCol w:w="1450"/>
        <w:gridCol w:w="4074"/>
        <w:gridCol w:w="3118"/>
        <w:gridCol w:w="1849"/>
      </w:tblGrid>
      <w:tr w:rsidR="00077B1E" w:rsidRPr="00066D8E" w14:paraId="4EA97E19" w14:textId="77777777" w:rsidTr="00D74289">
        <w:trPr>
          <w:jc w:val="center"/>
        </w:trPr>
        <w:tc>
          <w:tcPr>
            <w:tcW w:w="1450" w:type="dxa"/>
            <w:shd w:val="clear" w:color="auto" w:fill="D9EAF7"/>
            <w:vAlign w:val="center"/>
          </w:tcPr>
          <w:p w14:paraId="3819F774" w14:textId="77777777" w:rsidR="00077B1E" w:rsidRPr="00066D8E" w:rsidRDefault="0065194F">
            <w:pP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Tag</w:t>
            </w:r>
          </w:p>
        </w:tc>
        <w:tc>
          <w:tcPr>
            <w:tcW w:w="4074" w:type="dxa"/>
            <w:shd w:val="clear" w:color="auto" w:fill="D9EAF7"/>
            <w:vAlign w:val="center"/>
          </w:tcPr>
          <w:p w14:paraId="5736FFAC" w14:textId="3E463BB5" w:rsidR="00077B1E" w:rsidRPr="00066D8E" w:rsidRDefault="008924F7">
            <w:pP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ausgeführte Arbeiten / Tätigkeiten</w:t>
            </w:r>
          </w:p>
        </w:tc>
        <w:tc>
          <w:tcPr>
            <w:tcW w:w="3118" w:type="dxa"/>
            <w:shd w:val="clear" w:color="auto" w:fill="D9EAF7"/>
            <w:vAlign w:val="center"/>
          </w:tcPr>
          <w:p w14:paraId="73FB3DDA" w14:textId="427BCFAC" w:rsidR="00077B1E" w:rsidRPr="00066D8E" w:rsidRDefault="0065194F">
            <w:pP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 xml:space="preserve">Arbeitsmittel </w:t>
            </w:r>
          </w:p>
        </w:tc>
        <w:tc>
          <w:tcPr>
            <w:tcW w:w="1849" w:type="dxa"/>
            <w:shd w:val="clear" w:color="auto" w:fill="D9EAF7"/>
            <w:vAlign w:val="center"/>
          </w:tcPr>
          <w:p w14:paraId="0880C245" w14:textId="3F7D6782" w:rsidR="00077B1E" w:rsidRPr="00066D8E" w:rsidRDefault="008924F7">
            <w:pP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Bereich/e</w:t>
            </w:r>
          </w:p>
        </w:tc>
      </w:tr>
      <w:tr w:rsidR="00077B1E" w:rsidRPr="00066D8E" w14:paraId="3CC143CF" w14:textId="77777777" w:rsidTr="00D74289">
        <w:trPr>
          <w:jc w:val="center"/>
        </w:trPr>
        <w:tc>
          <w:tcPr>
            <w:tcW w:w="1450" w:type="dxa"/>
            <w:vAlign w:val="center"/>
          </w:tcPr>
          <w:p w14:paraId="5757654A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Montag</w:t>
            </w:r>
          </w:p>
        </w:tc>
        <w:tc>
          <w:tcPr>
            <w:tcW w:w="4074" w:type="dxa"/>
            <w:vAlign w:val="center"/>
          </w:tcPr>
          <w:p w14:paraId="4031B596" w14:textId="77777777" w:rsidR="008924F7" w:rsidRPr="00066D8E" w:rsidRDefault="0065194F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  <w:p w14:paraId="58F85C18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3E4CAA98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17F0C6C6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0E66A2D7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4ED5AA6A" w14:textId="0B065E91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3118" w:type="dxa"/>
            <w:vAlign w:val="center"/>
          </w:tcPr>
          <w:p w14:paraId="75F778E0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1849" w:type="dxa"/>
            <w:vAlign w:val="center"/>
          </w:tcPr>
          <w:p w14:paraId="31E51772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  <w:tr w:rsidR="00077B1E" w:rsidRPr="00066D8E" w14:paraId="35A8F53A" w14:textId="77777777" w:rsidTr="00D74289">
        <w:trPr>
          <w:jc w:val="center"/>
        </w:trPr>
        <w:tc>
          <w:tcPr>
            <w:tcW w:w="1450" w:type="dxa"/>
            <w:vAlign w:val="center"/>
          </w:tcPr>
          <w:p w14:paraId="5D533C68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Dienstag</w:t>
            </w:r>
          </w:p>
        </w:tc>
        <w:tc>
          <w:tcPr>
            <w:tcW w:w="4074" w:type="dxa"/>
            <w:vAlign w:val="center"/>
          </w:tcPr>
          <w:p w14:paraId="296F769E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  <w:p w14:paraId="403A6481" w14:textId="77777777" w:rsidR="008924F7" w:rsidRPr="00066D8E" w:rsidRDefault="008924F7">
            <w:pPr>
              <w:rPr>
                <w:rFonts w:ascii="Times New Roman" w:hAnsi="Times New Roman" w:cs="Times New Roman"/>
                <w:lang w:val="de-DE"/>
              </w:rPr>
            </w:pPr>
          </w:p>
          <w:p w14:paraId="62A98171" w14:textId="77777777" w:rsidR="008924F7" w:rsidRPr="00066D8E" w:rsidRDefault="008924F7">
            <w:pPr>
              <w:rPr>
                <w:rFonts w:ascii="Times New Roman" w:hAnsi="Times New Roman" w:cs="Times New Roman"/>
                <w:lang w:val="de-DE"/>
              </w:rPr>
            </w:pPr>
          </w:p>
          <w:p w14:paraId="3AE72ECB" w14:textId="77777777" w:rsidR="008924F7" w:rsidRPr="00066D8E" w:rsidRDefault="008924F7">
            <w:pPr>
              <w:rPr>
                <w:rFonts w:ascii="Times New Roman" w:hAnsi="Times New Roman" w:cs="Times New Roman"/>
                <w:lang w:val="de-DE"/>
              </w:rPr>
            </w:pPr>
          </w:p>
          <w:p w14:paraId="24EE7707" w14:textId="77777777" w:rsidR="008924F7" w:rsidRPr="00066D8E" w:rsidRDefault="008924F7">
            <w:pPr>
              <w:rPr>
                <w:rFonts w:ascii="Times New Roman" w:hAnsi="Times New Roman" w:cs="Times New Roman"/>
                <w:lang w:val="de-DE"/>
              </w:rPr>
            </w:pPr>
          </w:p>
          <w:p w14:paraId="5D41444F" w14:textId="77777777" w:rsidR="008924F7" w:rsidRPr="00066D8E" w:rsidRDefault="008924F7">
            <w:pPr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3118" w:type="dxa"/>
            <w:vAlign w:val="center"/>
          </w:tcPr>
          <w:p w14:paraId="2BE6856F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1849" w:type="dxa"/>
            <w:vAlign w:val="center"/>
          </w:tcPr>
          <w:p w14:paraId="4599BB08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  <w:tr w:rsidR="00077B1E" w:rsidRPr="00066D8E" w14:paraId="23BE8BF8" w14:textId="77777777" w:rsidTr="00D74289">
        <w:trPr>
          <w:jc w:val="center"/>
        </w:trPr>
        <w:tc>
          <w:tcPr>
            <w:tcW w:w="1450" w:type="dxa"/>
            <w:vAlign w:val="center"/>
          </w:tcPr>
          <w:p w14:paraId="2DD48B50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Mittwoch</w:t>
            </w:r>
          </w:p>
        </w:tc>
        <w:tc>
          <w:tcPr>
            <w:tcW w:w="4074" w:type="dxa"/>
            <w:vAlign w:val="center"/>
          </w:tcPr>
          <w:p w14:paraId="52CD5C04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363563E1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3A1FB840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1C77CC22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17B7DBED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4DF13C5A" w14:textId="3ADEFDB5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3118" w:type="dxa"/>
            <w:vAlign w:val="center"/>
          </w:tcPr>
          <w:p w14:paraId="3AA51CB1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1849" w:type="dxa"/>
            <w:vAlign w:val="center"/>
          </w:tcPr>
          <w:p w14:paraId="6B4A7D87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  <w:tr w:rsidR="00077B1E" w:rsidRPr="00066D8E" w14:paraId="7C7E7102" w14:textId="77777777" w:rsidTr="00D74289">
        <w:trPr>
          <w:jc w:val="center"/>
        </w:trPr>
        <w:tc>
          <w:tcPr>
            <w:tcW w:w="1450" w:type="dxa"/>
            <w:vAlign w:val="center"/>
          </w:tcPr>
          <w:p w14:paraId="600C8089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Donnerstag</w:t>
            </w:r>
          </w:p>
        </w:tc>
        <w:tc>
          <w:tcPr>
            <w:tcW w:w="4074" w:type="dxa"/>
            <w:vAlign w:val="center"/>
          </w:tcPr>
          <w:p w14:paraId="686CDDF2" w14:textId="77777777" w:rsidR="008924F7" w:rsidRPr="00066D8E" w:rsidRDefault="0065194F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  <w:p w14:paraId="0AB494F4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73A4DB57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366CA216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22D1FB87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5AABE0A2" w14:textId="00930275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3118" w:type="dxa"/>
            <w:vAlign w:val="center"/>
          </w:tcPr>
          <w:p w14:paraId="0ED59107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1849" w:type="dxa"/>
            <w:vAlign w:val="center"/>
          </w:tcPr>
          <w:p w14:paraId="32297BC8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  <w:tr w:rsidR="00077B1E" w:rsidRPr="00066D8E" w14:paraId="179C3CA5" w14:textId="77777777" w:rsidTr="00D74289">
        <w:trPr>
          <w:jc w:val="center"/>
        </w:trPr>
        <w:tc>
          <w:tcPr>
            <w:tcW w:w="1450" w:type="dxa"/>
            <w:vAlign w:val="center"/>
          </w:tcPr>
          <w:p w14:paraId="19C25343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Freitag</w:t>
            </w:r>
          </w:p>
        </w:tc>
        <w:tc>
          <w:tcPr>
            <w:tcW w:w="4074" w:type="dxa"/>
            <w:vAlign w:val="center"/>
          </w:tcPr>
          <w:p w14:paraId="7CE8A55B" w14:textId="77777777" w:rsidR="008924F7" w:rsidRPr="00066D8E" w:rsidRDefault="0065194F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  <w:p w14:paraId="56512D05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3A408E86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2FEB36C3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45EF342E" w14:textId="77777777" w:rsidR="008924F7" w:rsidRPr="00066D8E" w:rsidRDefault="008924F7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4F00FCCB" w14:textId="6DA09E8B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3118" w:type="dxa"/>
            <w:vAlign w:val="center"/>
          </w:tcPr>
          <w:p w14:paraId="73EECE36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1849" w:type="dxa"/>
            <w:vAlign w:val="center"/>
          </w:tcPr>
          <w:p w14:paraId="2B69DEFC" w14:textId="77777777" w:rsidR="00077B1E" w:rsidRPr="00066D8E" w:rsidRDefault="0065194F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</w:tbl>
    <w:p w14:paraId="060DA4D9" w14:textId="77777777" w:rsidR="008924F7" w:rsidRPr="00066D8E" w:rsidRDefault="008924F7">
      <w:pPr>
        <w:rPr>
          <w:rFonts w:ascii="Times New Roman" w:hAnsi="Times New Roman" w:cs="Times New Roman"/>
          <w:lang w:val="de-DE"/>
        </w:rPr>
      </w:pPr>
    </w:p>
    <w:p w14:paraId="5FCF4A46" w14:textId="1C4E61E1" w:rsidR="00077B1E" w:rsidRPr="00066D8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Besondere Erfahrungen, Schwierigkeiten oder Highlights:</w:t>
      </w:r>
    </w:p>
    <w:p w14:paraId="40FEAF39" w14:textId="61C70207" w:rsidR="008924F7" w:rsidRPr="00066D8E" w:rsidRDefault="008924F7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780EBC" w14:textId="77777777" w:rsidR="008924F7" w:rsidRDefault="008924F7">
      <w:pPr>
        <w:rPr>
          <w:rFonts w:ascii="Times New Roman" w:hAnsi="Times New Roman" w:cs="Times New Roman"/>
          <w:lang w:val="de-DE"/>
        </w:rPr>
      </w:pPr>
    </w:p>
    <w:p w14:paraId="3068315E" w14:textId="77777777" w:rsidR="00066D8E" w:rsidRPr="00066D8E" w:rsidRDefault="00066D8E">
      <w:pPr>
        <w:rPr>
          <w:rFonts w:ascii="Times New Roman" w:hAnsi="Times New Roman" w:cs="Times New Roman"/>
          <w:lang w:val="de-DE"/>
        </w:rPr>
      </w:pPr>
    </w:p>
    <w:p w14:paraId="66A4B248" w14:textId="03A739E5" w:rsidR="00077B1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 xml:space="preserve">Unterschrift Praktikant/in: ____________________   </w:t>
      </w:r>
      <w:r w:rsidR="008924F7" w:rsidRPr="00066D8E">
        <w:rPr>
          <w:rFonts w:ascii="Times New Roman" w:hAnsi="Times New Roman" w:cs="Times New Roman"/>
          <w:lang w:val="de-DE"/>
        </w:rPr>
        <w:tab/>
      </w:r>
      <w:r w:rsidRPr="00066D8E">
        <w:rPr>
          <w:rFonts w:ascii="Times New Roman" w:hAnsi="Times New Roman" w:cs="Times New Roman"/>
          <w:lang w:val="de-DE"/>
        </w:rPr>
        <w:t>Unterschrift Bet</w:t>
      </w:r>
      <w:r w:rsidR="008924F7" w:rsidRPr="00066D8E">
        <w:rPr>
          <w:rFonts w:ascii="Times New Roman" w:hAnsi="Times New Roman" w:cs="Times New Roman"/>
          <w:lang w:val="de-DE"/>
        </w:rPr>
        <w:t>reuer</w:t>
      </w:r>
      <w:r w:rsidRPr="00066D8E">
        <w:rPr>
          <w:rFonts w:ascii="Times New Roman" w:hAnsi="Times New Roman" w:cs="Times New Roman"/>
          <w:lang w:val="de-DE"/>
        </w:rPr>
        <w:t>: __________________</w:t>
      </w:r>
      <w:r w:rsidR="008924F7" w:rsidRPr="00066D8E">
        <w:rPr>
          <w:rFonts w:ascii="Times New Roman" w:hAnsi="Times New Roman" w:cs="Times New Roman"/>
          <w:lang w:val="de-DE"/>
        </w:rPr>
        <w:t>_________</w:t>
      </w:r>
    </w:p>
    <w:p w14:paraId="4EACB861" w14:textId="77777777" w:rsidR="00066D8E" w:rsidRPr="00066D8E" w:rsidRDefault="00066D8E">
      <w:pPr>
        <w:rPr>
          <w:rFonts w:ascii="Times New Roman" w:hAnsi="Times New Roman" w:cs="Times New Roman"/>
          <w:lang w:val="de-DE"/>
        </w:rPr>
      </w:pPr>
    </w:p>
    <w:p w14:paraId="4032EF78" w14:textId="1CF31F7F" w:rsidR="008924F7" w:rsidRPr="00066D8E" w:rsidRDefault="008924F7" w:rsidP="008924F7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de-DE"/>
        </w:rPr>
      </w:pPr>
      <w:r w:rsidRPr="00066D8E"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de-DE"/>
        </w:rPr>
        <w:lastRenderedPageBreak/>
        <w:t xml:space="preserve">Wochenbericht 2. Woche </w:t>
      </w:r>
    </w:p>
    <w:tbl>
      <w:tblPr>
        <w:tblStyle w:val="Tabellenraster"/>
        <w:tblW w:w="10491" w:type="dxa"/>
        <w:jc w:val="center"/>
        <w:tblLook w:val="04A0" w:firstRow="1" w:lastRow="0" w:firstColumn="1" w:lastColumn="0" w:noHBand="0" w:noVBand="1"/>
      </w:tblPr>
      <w:tblGrid>
        <w:gridCol w:w="1450"/>
        <w:gridCol w:w="4074"/>
        <w:gridCol w:w="2976"/>
        <w:gridCol w:w="1991"/>
      </w:tblGrid>
      <w:tr w:rsidR="008924F7" w:rsidRPr="00066D8E" w14:paraId="7084EA89" w14:textId="77777777" w:rsidTr="00D74289">
        <w:trPr>
          <w:jc w:val="center"/>
        </w:trPr>
        <w:tc>
          <w:tcPr>
            <w:tcW w:w="1450" w:type="dxa"/>
            <w:shd w:val="clear" w:color="auto" w:fill="D9EAF7"/>
            <w:vAlign w:val="center"/>
          </w:tcPr>
          <w:p w14:paraId="4809AF29" w14:textId="77777777" w:rsidR="008924F7" w:rsidRPr="00066D8E" w:rsidRDefault="008924F7" w:rsidP="003F7DA9">
            <w:pP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Tag</w:t>
            </w:r>
          </w:p>
        </w:tc>
        <w:tc>
          <w:tcPr>
            <w:tcW w:w="4074" w:type="dxa"/>
            <w:shd w:val="clear" w:color="auto" w:fill="D9EAF7"/>
            <w:vAlign w:val="center"/>
          </w:tcPr>
          <w:p w14:paraId="36918E23" w14:textId="77777777" w:rsidR="008924F7" w:rsidRPr="00066D8E" w:rsidRDefault="008924F7" w:rsidP="003F7DA9">
            <w:pP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ausgeführte Arbeiten / Tätigkeiten</w:t>
            </w:r>
          </w:p>
        </w:tc>
        <w:tc>
          <w:tcPr>
            <w:tcW w:w="2976" w:type="dxa"/>
            <w:shd w:val="clear" w:color="auto" w:fill="D9EAF7"/>
            <w:vAlign w:val="center"/>
          </w:tcPr>
          <w:p w14:paraId="0906B12E" w14:textId="77777777" w:rsidR="008924F7" w:rsidRPr="00066D8E" w:rsidRDefault="008924F7" w:rsidP="003F7DA9">
            <w:pP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 xml:space="preserve">Arbeitsmittel </w:t>
            </w:r>
          </w:p>
        </w:tc>
        <w:tc>
          <w:tcPr>
            <w:tcW w:w="1991" w:type="dxa"/>
            <w:shd w:val="clear" w:color="auto" w:fill="D9EAF7"/>
            <w:vAlign w:val="center"/>
          </w:tcPr>
          <w:p w14:paraId="60C7EABB" w14:textId="77777777" w:rsidR="008924F7" w:rsidRPr="00066D8E" w:rsidRDefault="008924F7" w:rsidP="003F7DA9">
            <w:pP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Bereich/e</w:t>
            </w:r>
          </w:p>
        </w:tc>
      </w:tr>
      <w:tr w:rsidR="008924F7" w:rsidRPr="00066D8E" w14:paraId="394D3B27" w14:textId="77777777" w:rsidTr="00D74289">
        <w:trPr>
          <w:jc w:val="center"/>
        </w:trPr>
        <w:tc>
          <w:tcPr>
            <w:tcW w:w="1450" w:type="dxa"/>
            <w:vAlign w:val="center"/>
          </w:tcPr>
          <w:p w14:paraId="36268B79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Montag</w:t>
            </w:r>
          </w:p>
        </w:tc>
        <w:tc>
          <w:tcPr>
            <w:tcW w:w="4074" w:type="dxa"/>
            <w:vAlign w:val="center"/>
          </w:tcPr>
          <w:p w14:paraId="7FC1649D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  <w:p w14:paraId="393DDC10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15302390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72D1054E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57C571CD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4CABB80A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976" w:type="dxa"/>
            <w:vAlign w:val="center"/>
          </w:tcPr>
          <w:p w14:paraId="72C0270E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1991" w:type="dxa"/>
            <w:vAlign w:val="center"/>
          </w:tcPr>
          <w:p w14:paraId="50A7329B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  <w:tr w:rsidR="008924F7" w:rsidRPr="00066D8E" w14:paraId="1FD9F22E" w14:textId="77777777" w:rsidTr="00D74289">
        <w:trPr>
          <w:jc w:val="center"/>
        </w:trPr>
        <w:tc>
          <w:tcPr>
            <w:tcW w:w="1450" w:type="dxa"/>
            <w:vAlign w:val="center"/>
          </w:tcPr>
          <w:p w14:paraId="62E30EA6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Dienstag</w:t>
            </w:r>
          </w:p>
        </w:tc>
        <w:tc>
          <w:tcPr>
            <w:tcW w:w="4074" w:type="dxa"/>
            <w:vAlign w:val="center"/>
          </w:tcPr>
          <w:p w14:paraId="3BB5DB15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  <w:p w14:paraId="4AA29A3B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</w:p>
          <w:p w14:paraId="5B03AEF6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</w:p>
          <w:p w14:paraId="375BF1ED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</w:p>
          <w:p w14:paraId="5D5CF3C7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</w:p>
          <w:p w14:paraId="5200FB99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2976" w:type="dxa"/>
            <w:vAlign w:val="center"/>
          </w:tcPr>
          <w:p w14:paraId="0AC1026A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1991" w:type="dxa"/>
            <w:vAlign w:val="center"/>
          </w:tcPr>
          <w:p w14:paraId="29864A37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  <w:tr w:rsidR="008924F7" w:rsidRPr="00066D8E" w14:paraId="05F47547" w14:textId="77777777" w:rsidTr="00D74289">
        <w:trPr>
          <w:jc w:val="center"/>
        </w:trPr>
        <w:tc>
          <w:tcPr>
            <w:tcW w:w="1450" w:type="dxa"/>
            <w:vAlign w:val="center"/>
          </w:tcPr>
          <w:p w14:paraId="072C8C28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Mittwoch</w:t>
            </w:r>
          </w:p>
        </w:tc>
        <w:tc>
          <w:tcPr>
            <w:tcW w:w="4074" w:type="dxa"/>
            <w:vAlign w:val="center"/>
          </w:tcPr>
          <w:p w14:paraId="53098BE8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30493805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03F6F182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339BCBF6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7AEC7DFF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5DAA9379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976" w:type="dxa"/>
            <w:vAlign w:val="center"/>
          </w:tcPr>
          <w:p w14:paraId="73E88243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1991" w:type="dxa"/>
            <w:vAlign w:val="center"/>
          </w:tcPr>
          <w:p w14:paraId="39DA4777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  <w:tr w:rsidR="008924F7" w:rsidRPr="00066D8E" w14:paraId="69A511C5" w14:textId="77777777" w:rsidTr="00D74289">
        <w:trPr>
          <w:jc w:val="center"/>
        </w:trPr>
        <w:tc>
          <w:tcPr>
            <w:tcW w:w="1450" w:type="dxa"/>
            <w:vAlign w:val="center"/>
          </w:tcPr>
          <w:p w14:paraId="0E43DE7E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Donnerstag</w:t>
            </w:r>
          </w:p>
        </w:tc>
        <w:tc>
          <w:tcPr>
            <w:tcW w:w="4074" w:type="dxa"/>
            <w:vAlign w:val="center"/>
          </w:tcPr>
          <w:p w14:paraId="5CBB3601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  <w:p w14:paraId="1513A0FA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2D135DC7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5B0175A8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620B8A1E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6FBE83CD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976" w:type="dxa"/>
            <w:vAlign w:val="center"/>
          </w:tcPr>
          <w:p w14:paraId="7AD346AE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1991" w:type="dxa"/>
            <w:vAlign w:val="center"/>
          </w:tcPr>
          <w:p w14:paraId="164B811E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  <w:tr w:rsidR="008924F7" w:rsidRPr="00066D8E" w14:paraId="3FB2D02B" w14:textId="77777777" w:rsidTr="00D74289">
        <w:trPr>
          <w:jc w:val="center"/>
        </w:trPr>
        <w:tc>
          <w:tcPr>
            <w:tcW w:w="1450" w:type="dxa"/>
            <w:vAlign w:val="center"/>
          </w:tcPr>
          <w:p w14:paraId="7CA7A368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t>Freitag</w:t>
            </w:r>
          </w:p>
        </w:tc>
        <w:tc>
          <w:tcPr>
            <w:tcW w:w="4074" w:type="dxa"/>
            <w:vAlign w:val="center"/>
          </w:tcPr>
          <w:p w14:paraId="4634BBC0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  <w:p w14:paraId="70138F09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396347C1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30C477C7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7C33DDC3" w14:textId="77777777" w:rsidR="008924F7" w:rsidRPr="00066D8E" w:rsidRDefault="008924F7" w:rsidP="003F7DA9">
            <w:pPr>
              <w:rPr>
                <w:rFonts w:ascii="Times New Roman" w:hAnsi="Times New Roman" w:cs="Times New Roman"/>
                <w:sz w:val="19"/>
                <w:lang w:val="de-DE"/>
              </w:rPr>
            </w:pPr>
          </w:p>
          <w:p w14:paraId="6CCF8530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976" w:type="dxa"/>
            <w:vAlign w:val="center"/>
          </w:tcPr>
          <w:p w14:paraId="70356C4F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1991" w:type="dxa"/>
            <w:vAlign w:val="center"/>
          </w:tcPr>
          <w:p w14:paraId="4C8905DD" w14:textId="77777777" w:rsidR="008924F7" w:rsidRPr="00066D8E" w:rsidRDefault="008924F7" w:rsidP="003F7DA9">
            <w:pPr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</w:tbl>
    <w:p w14:paraId="0B8C315D" w14:textId="77777777" w:rsidR="008924F7" w:rsidRPr="00066D8E" w:rsidRDefault="008924F7" w:rsidP="008924F7">
      <w:pPr>
        <w:rPr>
          <w:rFonts w:ascii="Times New Roman" w:hAnsi="Times New Roman" w:cs="Times New Roman"/>
          <w:lang w:val="de-DE"/>
        </w:rPr>
      </w:pPr>
    </w:p>
    <w:p w14:paraId="526B363B" w14:textId="766493EF" w:rsidR="008924F7" w:rsidRPr="00066D8E" w:rsidRDefault="008924F7" w:rsidP="008924F7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Besondere Erfahrungen, Schwierigkeiten oder Highlights:</w:t>
      </w:r>
    </w:p>
    <w:p w14:paraId="760C5D82" w14:textId="17B1461F" w:rsidR="008924F7" w:rsidRDefault="008924F7" w:rsidP="008924F7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5504F0" w14:textId="77777777" w:rsidR="00066D8E" w:rsidRPr="00066D8E" w:rsidRDefault="00066D8E" w:rsidP="008924F7">
      <w:pPr>
        <w:rPr>
          <w:rFonts w:ascii="Times New Roman" w:hAnsi="Times New Roman" w:cs="Times New Roman"/>
          <w:lang w:val="de-DE"/>
        </w:rPr>
      </w:pPr>
    </w:p>
    <w:p w14:paraId="7782100F" w14:textId="77777777" w:rsidR="008924F7" w:rsidRPr="00066D8E" w:rsidRDefault="008924F7" w:rsidP="008924F7">
      <w:pPr>
        <w:rPr>
          <w:rFonts w:ascii="Times New Roman" w:hAnsi="Times New Roman" w:cs="Times New Roman"/>
          <w:lang w:val="de-DE"/>
        </w:rPr>
      </w:pPr>
    </w:p>
    <w:p w14:paraId="53AEFE7E" w14:textId="1998D85E" w:rsidR="008924F7" w:rsidRPr="00066D8E" w:rsidRDefault="008924F7" w:rsidP="008924F7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 xml:space="preserve">Unterschrift Praktikant/in: ____________________   </w:t>
      </w:r>
      <w:r w:rsidRPr="00066D8E">
        <w:rPr>
          <w:rFonts w:ascii="Times New Roman" w:hAnsi="Times New Roman" w:cs="Times New Roman"/>
          <w:lang w:val="de-DE"/>
        </w:rPr>
        <w:tab/>
        <w:t>Unterschrift Betreuer: ___________________________</w:t>
      </w:r>
    </w:p>
    <w:p w14:paraId="64B1F005" w14:textId="0B02FF01" w:rsidR="00077B1E" w:rsidRPr="00066D8E" w:rsidRDefault="00066D8E">
      <w:pPr>
        <w:pStyle w:val="berschrift1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lastRenderedPageBreak/>
        <w:t>4. Mein Praktikum – mein Fazit</w:t>
      </w:r>
    </w:p>
    <w:p w14:paraId="1951EB3A" w14:textId="77777777" w:rsidR="00077B1E" w:rsidRPr="00066D8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b/>
          <w:bCs/>
          <w:lang w:val="de-DE"/>
        </w:rPr>
        <w:t>Ziehe</w:t>
      </w:r>
      <w:r w:rsidRPr="00066D8E">
        <w:rPr>
          <w:rFonts w:ascii="Times New Roman" w:hAnsi="Times New Roman" w:cs="Times New Roman"/>
          <w:lang w:val="de-DE"/>
        </w:rPr>
        <w:t xml:space="preserve"> eine persönliche </w:t>
      </w:r>
      <w:r w:rsidRPr="00066D8E">
        <w:rPr>
          <w:rFonts w:ascii="Times New Roman" w:hAnsi="Times New Roman" w:cs="Times New Roman"/>
          <w:b/>
          <w:bCs/>
          <w:lang w:val="de-DE"/>
        </w:rPr>
        <w:t>Bilanz</w:t>
      </w:r>
      <w:r w:rsidRPr="00066D8E">
        <w:rPr>
          <w:rFonts w:ascii="Times New Roman" w:hAnsi="Times New Roman" w:cs="Times New Roman"/>
          <w:lang w:val="de-DE"/>
        </w:rPr>
        <w:t xml:space="preserve">. </w:t>
      </w:r>
      <w:r w:rsidRPr="00066D8E">
        <w:rPr>
          <w:rFonts w:ascii="Times New Roman" w:hAnsi="Times New Roman" w:cs="Times New Roman"/>
          <w:b/>
          <w:bCs/>
          <w:lang w:val="de-DE"/>
        </w:rPr>
        <w:t>Schreibe</w:t>
      </w:r>
      <w:r w:rsidRPr="00066D8E">
        <w:rPr>
          <w:rFonts w:ascii="Times New Roman" w:hAnsi="Times New Roman" w:cs="Times New Roman"/>
          <w:lang w:val="de-DE"/>
        </w:rPr>
        <w:t xml:space="preserve"> einen </w:t>
      </w:r>
      <w:r w:rsidRPr="00066D8E">
        <w:rPr>
          <w:rFonts w:ascii="Times New Roman" w:hAnsi="Times New Roman" w:cs="Times New Roman"/>
          <w:b/>
          <w:bCs/>
          <w:lang w:val="de-DE"/>
        </w:rPr>
        <w:t>zusammenhängenden Text</w:t>
      </w:r>
      <w:r w:rsidRPr="00066D8E">
        <w:rPr>
          <w:rFonts w:ascii="Times New Roman" w:hAnsi="Times New Roman" w:cs="Times New Roman"/>
          <w:lang w:val="de-DE"/>
        </w:rPr>
        <w:t xml:space="preserve"> und gehe auf die </w:t>
      </w:r>
      <w:r w:rsidRPr="00066D8E">
        <w:rPr>
          <w:rFonts w:ascii="Times New Roman" w:hAnsi="Times New Roman" w:cs="Times New Roman"/>
          <w:b/>
          <w:bCs/>
          <w:lang w:val="de-DE"/>
        </w:rPr>
        <w:t>folgenden Fragen</w:t>
      </w:r>
      <w:r w:rsidRPr="00066D8E">
        <w:rPr>
          <w:rFonts w:ascii="Times New Roman" w:hAnsi="Times New Roman" w:cs="Times New Roman"/>
          <w:lang w:val="de-DE"/>
        </w:rPr>
        <w:t xml:space="preserve"> ein:</w:t>
      </w:r>
    </w:p>
    <w:p w14:paraId="76B9C9C3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Was hat dir besonders gut gefallen und was weniger?</w:t>
      </w:r>
    </w:p>
    <w:p w14:paraId="507E38CC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Welche Tätigkeit war für dich am interessantesten? Warum?</w:t>
      </w:r>
    </w:p>
    <w:p w14:paraId="1555C6CC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Was hast du über deine eigenen Stärken und Schwächen gelernt?</w:t>
      </w:r>
    </w:p>
    <w:p w14:paraId="16B84E0A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Hat sich deine Vorstellung vom Berufsleben verändert? Wenn ja, wie?</w:t>
      </w:r>
    </w:p>
    <w:p w14:paraId="37968583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Hat das Praktikum deine Berufswahl beeinflusst?</w:t>
      </w:r>
    </w:p>
    <w:p w14:paraId="248CCF0E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Würdest du den Betrieb anderen Schülerinnen und Schülern empfehlen? Begründe.</w:t>
      </w:r>
    </w:p>
    <w:p w14:paraId="48F0051B" w14:textId="77777777" w:rsidR="00077B1E" w:rsidRPr="00066D8E" w:rsidRDefault="0065194F">
      <w:pPr>
        <w:pStyle w:val="Aufzhlungszeichen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Was nimmst du aus dem Praktikum für deine weitere Schulzeit und Berufsorientierung mit?</w:t>
      </w:r>
    </w:p>
    <w:p w14:paraId="3FB9EE51" w14:textId="03EDFCAF" w:rsidR="00D74289" w:rsidRPr="00066D8E" w:rsidRDefault="00066D8E" w:rsidP="00D74289">
      <w:pPr>
        <w:keepNext/>
        <w:keepLines/>
        <w:spacing w:before="480" w:after="0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32"/>
          <w:szCs w:val="28"/>
          <w:lang w:val="de-DE"/>
        </w:rPr>
      </w:pPr>
      <w:r w:rsidRPr="00066D8E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32"/>
          <w:szCs w:val="28"/>
          <w:lang w:val="de-DE"/>
        </w:rPr>
        <w:t>5</w:t>
      </w:r>
      <w:r w:rsidR="00D74289" w:rsidRPr="00066D8E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32"/>
          <w:szCs w:val="28"/>
          <w:lang w:val="de-DE"/>
        </w:rPr>
        <w:t>. Mein Praktikumsberuf</w:t>
      </w:r>
    </w:p>
    <w:p w14:paraId="5AF8634E" w14:textId="77777777" w:rsidR="00D74289" w:rsidRPr="00066D8E" w:rsidRDefault="00D74289" w:rsidP="00D74289">
      <w:pPr>
        <w:rPr>
          <w:rFonts w:ascii="Times New Roman" w:hAnsi="Times New Roman" w:cs="Times New Roman"/>
          <w:lang w:val="de-DE"/>
        </w:rPr>
      </w:pPr>
      <w:proofErr w:type="spellStart"/>
      <w:r w:rsidRPr="00066D8E">
        <w:rPr>
          <w:rFonts w:ascii="Times New Roman" w:hAnsi="Times New Roman" w:cs="Times New Roman"/>
          <w:b/>
          <w:bCs/>
          <w:lang w:val="de-DE"/>
        </w:rPr>
        <w:t>Bereite</w:t>
      </w:r>
      <w:proofErr w:type="spellEnd"/>
      <w:r w:rsidRPr="00066D8E">
        <w:rPr>
          <w:rFonts w:ascii="Times New Roman" w:hAnsi="Times New Roman" w:cs="Times New Roman"/>
          <w:b/>
          <w:bCs/>
          <w:lang w:val="de-DE"/>
        </w:rPr>
        <w:t xml:space="preserve"> </w:t>
      </w:r>
      <w:r w:rsidRPr="00066D8E">
        <w:rPr>
          <w:rFonts w:ascii="Times New Roman" w:hAnsi="Times New Roman" w:cs="Times New Roman"/>
          <w:lang w:val="de-DE"/>
        </w:rPr>
        <w:t xml:space="preserve">eine </w:t>
      </w:r>
      <w:r w:rsidRPr="00066D8E">
        <w:rPr>
          <w:rFonts w:ascii="Times New Roman" w:hAnsi="Times New Roman" w:cs="Times New Roman"/>
          <w:b/>
          <w:bCs/>
          <w:lang w:val="de-DE"/>
        </w:rPr>
        <w:t>Präsentation</w:t>
      </w:r>
      <w:r w:rsidRPr="00066D8E">
        <w:rPr>
          <w:rFonts w:ascii="Times New Roman" w:hAnsi="Times New Roman" w:cs="Times New Roman"/>
          <w:lang w:val="de-DE"/>
        </w:rPr>
        <w:t xml:space="preserve"> über </w:t>
      </w:r>
      <w:r w:rsidRPr="00066D8E">
        <w:rPr>
          <w:rFonts w:ascii="Times New Roman" w:hAnsi="Times New Roman" w:cs="Times New Roman"/>
          <w:b/>
          <w:bCs/>
          <w:lang w:val="de-DE"/>
        </w:rPr>
        <w:t>einen Beruf</w:t>
      </w:r>
      <w:r w:rsidRPr="00066D8E">
        <w:rPr>
          <w:rFonts w:ascii="Times New Roman" w:hAnsi="Times New Roman" w:cs="Times New Roman"/>
          <w:lang w:val="de-DE"/>
        </w:rPr>
        <w:t xml:space="preserve"> vor, den du während deines Praktikums näher kennengelernt hast. Nutze geeignete Medien (z. B. PowerPoint, Plakat, Bilder, Skizzen oder Produkte).</w:t>
      </w:r>
    </w:p>
    <w:p w14:paraId="060684ED" w14:textId="77777777" w:rsidR="00D74289" w:rsidRPr="00066D8E" w:rsidRDefault="00D74289" w:rsidP="00D74289">
      <w:pPr>
        <w:tabs>
          <w:tab w:val="num" w:pos="360"/>
        </w:tabs>
        <w:ind w:left="360" w:hanging="360"/>
        <w:contextualSpacing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Berufsbezeichnung und typische Tätigkeiten</w:t>
      </w:r>
    </w:p>
    <w:p w14:paraId="4326268E" w14:textId="77777777" w:rsidR="00D74289" w:rsidRPr="00066D8E" w:rsidRDefault="00D74289" w:rsidP="00D74289">
      <w:pPr>
        <w:tabs>
          <w:tab w:val="num" w:pos="360"/>
        </w:tabs>
        <w:ind w:left="360" w:hanging="360"/>
        <w:contextualSpacing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Arbeitsorte und typische Arbeitsmittel</w:t>
      </w:r>
    </w:p>
    <w:p w14:paraId="29A1E0BE" w14:textId="77777777" w:rsidR="00D74289" w:rsidRPr="00066D8E" w:rsidRDefault="00D74289" w:rsidP="00D74289">
      <w:pPr>
        <w:tabs>
          <w:tab w:val="num" w:pos="360"/>
        </w:tabs>
        <w:ind w:left="360" w:hanging="360"/>
        <w:contextualSpacing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Voraussetzungen und wichtige persönliche Fähigkeiten</w:t>
      </w:r>
    </w:p>
    <w:p w14:paraId="4237939E" w14:textId="77777777" w:rsidR="00D74289" w:rsidRPr="00066D8E" w:rsidRDefault="00D74289" w:rsidP="00D74289">
      <w:pPr>
        <w:tabs>
          <w:tab w:val="num" w:pos="360"/>
        </w:tabs>
        <w:ind w:left="360" w:hanging="360"/>
        <w:contextualSpacing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Dauer und Ablauf der Ausbildung</w:t>
      </w:r>
    </w:p>
    <w:p w14:paraId="6926EFE2" w14:textId="77777777" w:rsidR="00D74289" w:rsidRPr="00066D8E" w:rsidRDefault="00D74289" w:rsidP="00D74289">
      <w:pPr>
        <w:tabs>
          <w:tab w:val="num" w:pos="360"/>
        </w:tabs>
        <w:ind w:left="360" w:hanging="360"/>
        <w:contextualSpacing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Ausbildungsvergütung bzw. Verdienstmöglichkeiten</w:t>
      </w:r>
    </w:p>
    <w:p w14:paraId="15CDA8FD" w14:textId="77777777" w:rsidR="00D74289" w:rsidRPr="00066D8E" w:rsidRDefault="00D74289" w:rsidP="00D74289">
      <w:pPr>
        <w:tabs>
          <w:tab w:val="num" w:pos="360"/>
        </w:tabs>
        <w:ind w:left="360" w:hanging="360"/>
        <w:contextualSpacing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Weiterbildungs- und Entwicklungsmöglichkeiten</w:t>
      </w:r>
    </w:p>
    <w:p w14:paraId="0DD8BD5E" w14:textId="77777777" w:rsidR="00D74289" w:rsidRPr="00066D8E" w:rsidRDefault="00D74289" w:rsidP="00D74289">
      <w:pPr>
        <w:tabs>
          <w:tab w:val="num" w:pos="360"/>
        </w:tabs>
        <w:ind w:left="360" w:hanging="360"/>
        <w:contextualSpacing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Chancen nach der Ausbildung</w:t>
      </w:r>
    </w:p>
    <w:p w14:paraId="4EE56F40" w14:textId="77777777" w:rsidR="00D74289" w:rsidRPr="00066D8E" w:rsidRDefault="00D74289" w:rsidP="00D74289">
      <w:pPr>
        <w:tabs>
          <w:tab w:val="num" w:pos="360"/>
        </w:tabs>
        <w:ind w:left="360" w:hanging="360"/>
        <w:contextualSpacing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deine Einschätzung: Was findest du an diesem Beruf interessant oder weniger passend?</w:t>
      </w:r>
    </w:p>
    <w:p w14:paraId="7AD763FE" w14:textId="77777777" w:rsidR="00066D8E" w:rsidRPr="00066D8E" w:rsidRDefault="00066D8E" w:rsidP="00D74289">
      <w:pPr>
        <w:tabs>
          <w:tab w:val="num" w:pos="360"/>
        </w:tabs>
        <w:ind w:left="360" w:hanging="360"/>
        <w:contextualSpacing/>
        <w:rPr>
          <w:rFonts w:ascii="Times New Roman" w:hAnsi="Times New Roman" w:cs="Times New Roman"/>
          <w:lang w:val="de-DE"/>
        </w:rPr>
      </w:pPr>
    </w:p>
    <w:p w14:paraId="070B40C2" w14:textId="2AFE1F68" w:rsidR="00066D8E" w:rsidRPr="00066D8E" w:rsidRDefault="00066D8E" w:rsidP="00066D8E">
      <w:pPr>
        <w:keepNext/>
        <w:keepLines/>
        <w:spacing w:before="480" w:after="0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32"/>
          <w:szCs w:val="28"/>
          <w:lang w:val="de-DE"/>
        </w:rPr>
      </w:pPr>
      <w:r w:rsidRPr="00066D8E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32"/>
          <w:szCs w:val="28"/>
          <w:lang w:val="de-DE"/>
        </w:rPr>
        <w:t>6. Berufscheck: Passt der Beruf zu mir?</w:t>
      </w:r>
    </w:p>
    <w:p w14:paraId="55C00FD8" w14:textId="77777777" w:rsidR="00066D8E" w:rsidRPr="00066D8E" w:rsidRDefault="00066D8E" w:rsidP="00066D8E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b/>
          <w:bCs/>
          <w:lang w:val="de-DE"/>
        </w:rPr>
        <w:t>Vergleiche</w:t>
      </w:r>
      <w:r w:rsidRPr="00066D8E">
        <w:rPr>
          <w:rFonts w:ascii="Times New Roman" w:hAnsi="Times New Roman" w:cs="Times New Roman"/>
          <w:lang w:val="de-DE"/>
        </w:rPr>
        <w:t xml:space="preserve"> die </w:t>
      </w:r>
      <w:r w:rsidRPr="00066D8E">
        <w:rPr>
          <w:rFonts w:ascii="Times New Roman" w:hAnsi="Times New Roman" w:cs="Times New Roman"/>
          <w:b/>
          <w:bCs/>
          <w:lang w:val="de-DE"/>
        </w:rPr>
        <w:t>Anforderungen</w:t>
      </w:r>
      <w:r w:rsidRPr="00066D8E">
        <w:rPr>
          <w:rFonts w:ascii="Times New Roman" w:hAnsi="Times New Roman" w:cs="Times New Roman"/>
          <w:lang w:val="de-DE"/>
        </w:rPr>
        <w:t xml:space="preserve"> deines</w:t>
      </w:r>
      <w:r w:rsidRPr="00066D8E">
        <w:rPr>
          <w:rFonts w:ascii="Times New Roman" w:hAnsi="Times New Roman" w:cs="Times New Roman"/>
          <w:b/>
          <w:bCs/>
          <w:lang w:val="de-DE"/>
        </w:rPr>
        <w:t xml:space="preserve"> Praktikumsberufes </w:t>
      </w:r>
      <w:r w:rsidRPr="00066D8E">
        <w:rPr>
          <w:rFonts w:ascii="Times New Roman" w:hAnsi="Times New Roman" w:cs="Times New Roman"/>
          <w:lang w:val="de-DE"/>
        </w:rPr>
        <w:t xml:space="preserve">mit </w:t>
      </w:r>
      <w:r w:rsidRPr="00066D8E">
        <w:rPr>
          <w:rFonts w:ascii="Times New Roman" w:hAnsi="Times New Roman" w:cs="Times New Roman"/>
          <w:b/>
          <w:bCs/>
          <w:lang w:val="de-DE"/>
        </w:rPr>
        <w:t>deinen eigenen Stärken und Interessen</w:t>
      </w:r>
      <w:r w:rsidRPr="00066D8E">
        <w:rPr>
          <w:rFonts w:ascii="Times New Roman" w:hAnsi="Times New Roman" w:cs="Times New Roman"/>
          <w:lang w:val="de-DE"/>
        </w:rPr>
        <w:t xml:space="preserve">. </w:t>
      </w:r>
      <w:r w:rsidRPr="00066D8E">
        <w:rPr>
          <w:rFonts w:ascii="Times New Roman" w:hAnsi="Times New Roman" w:cs="Times New Roman"/>
          <w:b/>
          <w:bCs/>
          <w:lang w:val="de-DE"/>
        </w:rPr>
        <w:t>Fülle</w:t>
      </w:r>
      <w:r w:rsidRPr="00066D8E">
        <w:rPr>
          <w:rFonts w:ascii="Times New Roman" w:hAnsi="Times New Roman" w:cs="Times New Roman"/>
          <w:lang w:val="de-DE"/>
        </w:rPr>
        <w:t xml:space="preserve"> die Tabelle mit mindestens </w:t>
      </w:r>
      <w:r w:rsidRPr="00066D8E">
        <w:rPr>
          <w:rFonts w:ascii="Times New Roman" w:hAnsi="Times New Roman" w:cs="Times New Roman"/>
          <w:b/>
          <w:bCs/>
          <w:lang w:val="de-DE"/>
        </w:rPr>
        <w:t>drei Anforderungen</w:t>
      </w:r>
      <w:r w:rsidRPr="00066D8E">
        <w:rPr>
          <w:rFonts w:ascii="Times New Roman" w:hAnsi="Times New Roman" w:cs="Times New Roman"/>
          <w:lang w:val="de-DE"/>
        </w:rPr>
        <w:t xml:space="preserve"> aus.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2"/>
        <w:gridCol w:w="2462"/>
        <w:gridCol w:w="2462"/>
      </w:tblGrid>
      <w:tr w:rsidR="00066D8E" w:rsidRPr="00066D8E" w14:paraId="1913278C" w14:textId="77777777" w:rsidTr="003F7DA9">
        <w:trPr>
          <w:jc w:val="center"/>
        </w:trPr>
        <w:tc>
          <w:tcPr>
            <w:tcW w:w="2465" w:type="dxa"/>
            <w:shd w:val="clear" w:color="auto" w:fill="D9EAF7"/>
            <w:vAlign w:val="center"/>
          </w:tcPr>
          <w:p w14:paraId="442CA23E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19"/>
                <w:lang w:val="de-DE"/>
              </w:rPr>
              <w:t>Anforderung des Berufs</w:t>
            </w:r>
          </w:p>
        </w:tc>
        <w:tc>
          <w:tcPr>
            <w:tcW w:w="2465" w:type="dxa"/>
            <w:shd w:val="clear" w:color="auto" w:fill="D9EAF7"/>
            <w:vAlign w:val="center"/>
          </w:tcPr>
          <w:p w14:paraId="7F58F704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19"/>
                <w:lang w:val="de-DE"/>
              </w:rPr>
              <w:t>Das kann ich schon gut</w:t>
            </w:r>
          </w:p>
        </w:tc>
        <w:tc>
          <w:tcPr>
            <w:tcW w:w="2465" w:type="dxa"/>
            <w:shd w:val="clear" w:color="auto" w:fill="D9EAF7"/>
            <w:vAlign w:val="center"/>
          </w:tcPr>
          <w:p w14:paraId="13095422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19"/>
                <w:lang w:val="de-DE"/>
              </w:rPr>
              <w:t>Daran müsste ich arbeiten</w:t>
            </w:r>
          </w:p>
        </w:tc>
        <w:tc>
          <w:tcPr>
            <w:tcW w:w="2465" w:type="dxa"/>
            <w:shd w:val="clear" w:color="auto" w:fill="D9EAF7"/>
            <w:vAlign w:val="center"/>
          </w:tcPr>
          <w:p w14:paraId="67ED639B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b/>
                <w:sz w:val="19"/>
                <w:lang w:val="de-DE"/>
              </w:rPr>
              <w:t>Konkretes Beispiel aus dem Praktikum</w:t>
            </w:r>
          </w:p>
        </w:tc>
      </w:tr>
      <w:tr w:rsidR="00066D8E" w:rsidRPr="00066D8E" w14:paraId="79663CB9" w14:textId="77777777" w:rsidTr="003F7DA9">
        <w:trPr>
          <w:jc w:val="center"/>
        </w:trPr>
        <w:tc>
          <w:tcPr>
            <w:tcW w:w="2465" w:type="dxa"/>
            <w:vAlign w:val="center"/>
          </w:tcPr>
          <w:p w14:paraId="0EE0F177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465" w:type="dxa"/>
            <w:vAlign w:val="center"/>
          </w:tcPr>
          <w:p w14:paraId="669C2045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465" w:type="dxa"/>
            <w:vAlign w:val="center"/>
          </w:tcPr>
          <w:p w14:paraId="0E8EE032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465" w:type="dxa"/>
            <w:vAlign w:val="center"/>
          </w:tcPr>
          <w:p w14:paraId="1A3B8B93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  <w:tr w:rsidR="00066D8E" w:rsidRPr="00066D8E" w14:paraId="0A9CB4C1" w14:textId="77777777" w:rsidTr="003F7DA9">
        <w:trPr>
          <w:jc w:val="center"/>
        </w:trPr>
        <w:tc>
          <w:tcPr>
            <w:tcW w:w="2465" w:type="dxa"/>
            <w:vAlign w:val="center"/>
          </w:tcPr>
          <w:p w14:paraId="6234797E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465" w:type="dxa"/>
            <w:vAlign w:val="center"/>
          </w:tcPr>
          <w:p w14:paraId="1225D362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465" w:type="dxa"/>
            <w:vAlign w:val="center"/>
          </w:tcPr>
          <w:p w14:paraId="502B0CB3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465" w:type="dxa"/>
            <w:vAlign w:val="center"/>
          </w:tcPr>
          <w:p w14:paraId="1E930E6A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  <w:tr w:rsidR="00066D8E" w:rsidRPr="00066D8E" w14:paraId="36BBB13A" w14:textId="77777777" w:rsidTr="003F7DA9">
        <w:trPr>
          <w:jc w:val="center"/>
        </w:trPr>
        <w:tc>
          <w:tcPr>
            <w:tcW w:w="2465" w:type="dxa"/>
            <w:vAlign w:val="center"/>
          </w:tcPr>
          <w:p w14:paraId="38CF0517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465" w:type="dxa"/>
            <w:vAlign w:val="center"/>
          </w:tcPr>
          <w:p w14:paraId="790306F0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465" w:type="dxa"/>
            <w:vAlign w:val="center"/>
          </w:tcPr>
          <w:p w14:paraId="042E1F40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  <w:tc>
          <w:tcPr>
            <w:tcW w:w="2465" w:type="dxa"/>
            <w:vAlign w:val="center"/>
          </w:tcPr>
          <w:p w14:paraId="787189AD" w14:textId="77777777" w:rsidR="00066D8E" w:rsidRPr="00066D8E" w:rsidRDefault="00066D8E" w:rsidP="00066D8E">
            <w:pPr>
              <w:spacing w:after="200" w:line="276" w:lineRule="auto"/>
              <w:rPr>
                <w:rFonts w:ascii="Times New Roman" w:hAnsi="Times New Roman" w:cs="Times New Roman"/>
                <w:lang w:val="de-DE"/>
              </w:rPr>
            </w:pP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  <w:r w:rsidRPr="00066D8E">
              <w:rPr>
                <w:rFonts w:ascii="Times New Roman" w:hAnsi="Times New Roman" w:cs="Times New Roman"/>
                <w:sz w:val="19"/>
                <w:lang w:val="de-DE"/>
              </w:rPr>
              <w:br/>
            </w:r>
          </w:p>
        </w:tc>
      </w:tr>
    </w:tbl>
    <w:p w14:paraId="3B00BF6A" w14:textId="4BF7B1DC" w:rsidR="00077B1E" w:rsidRPr="00066D8E" w:rsidRDefault="00066D8E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Beantworte anschließend in 5–8 Sätzen: Könntest du dir vorstellen, diesen Beruf später auszuüben? Begründe deine Entscheidung mit deinen Erfahrungen aus dem Praktikum.</w:t>
      </w:r>
    </w:p>
    <w:p w14:paraId="26BC20D9" w14:textId="77777777" w:rsidR="00077B1E" w:rsidRPr="00066D8E" w:rsidRDefault="0065194F">
      <w:pPr>
        <w:pStyle w:val="berschrift1"/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lastRenderedPageBreak/>
        <w:t>Bewertung des Praktikumshefters</w:t>
      </w:r>
    </w:p>
    <w:p w14:paraId="1A44E86C" w14:textId="77777777" w:rsidR="00077B1E" w:rsidRPr="00066D8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Die Bewertung berücksichtigt sowohl die inhaltliche Bearbeitung als auch die Gestaltung und Sorgfalt des gesamten Hefters.</w:t>
      </w:r>
    </w:p>
    <w:tbl>
      <w:tblPr>
        <w:tblStyle w:val="Tabellenraster"/>
        <w:tblW w:w="10768" w:type="dxa"/>
        <w:jc w:val="center"/>
        <w:tblLook w:val="04A0" w:firstRow="1" w:lastRow="0" w:firstColumn="1" w:lastColumn="0" w:noHBand="0" w:noVBand="1"/>
      </w:tblPr>
      <w:tblGrid>
        <w:gridCol w:w="4530"/>
        <w:gridCol w:w="1276"/>
        <w:gridCol w:w="1136"/>
        <w:gridCol w:w="3826"/>
      </w:tblGrid>
      <w:tr w:rsidR="00E749C8" w:rsidRPr="00066D8E" w14:paraId="70059086" w14:textId="7FE62304" w:rsidTr="006F44C3">
        <w:trPr>
          <w:jc w:val="center"/>
        </w:trPr>
        <w:tc>
          <w:tcPr>
            <w:tcW w:w="4530" w:type="dxa"/>
            <w:shd w:val="clear" w:color="auto" w:fill="D9EAF7"/>
            <w:vAlign w:val="center"/>
          </w:tcPr>
          <w:p w14:paraId="60952490" w14:textId="77777777" w:rsidR="00E749C8" w:rsidRPr="00E749C8" w:rsidRDefault="00E749C8" w:rsidP="006519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Bewertungsbereich</w:t>
            </w:r>
          </w:p>
        </w:tc>
        <w:tc>
          <w:tcPr>
            <w:tcW w:w="1276" w:type="dxa"/>
            <w:shd w:val="clear" w:color="auto" w:fill="D9EAF7"/>
            <w:vAlign w:val="center"/>
          </w:tcPr>
          <w:p w14:paraId="54A8A465" w14:textId="77777777" w:rsidR="00E749C8" w:rsidRPr="00E749C8" w:rsidRDefault="00E749C8" w:rsidP="006519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max. Punkte</w:t>
            </w:r>
          </w:p>
        </w:tc>
        <w:tc>
          <w:tcPr>
            <w:tcW w:w="1136" w:type="dxa"/>
            <w:shd w:val="clear" w:color="auto" w:fill="D9EAF7"/>
            <w:vAlign w:val="center"/>
          </w:tcPr>
          <w:p w14:paraId="64B788BC" w14:textId="77777777" w:rsidR="00E749C8" w:rsidRPr="00E749C8" w:rsidRDefault="00E749C8" w:rsidP="006519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erreichte Punkte</w:t>
            </w:r>
          </w:p>
        </w:tc>
        <w:tc>
          <w:tcPr>
            <w:tcW w:w="3826" w:type="dxa"/>
            <w:shd w:val="clear" w:color="auto" w:fill="D9EAF7"/>
          </w:tcPr>
          <w:p w14:paraId="3ADA42A5" w14:textId="2A29920E" w:rsidR="00E749C8" w:rsidRPr="00E749C8" w:rsidRDefault="00E749C8" w:rsidP="00651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Anmerkungen</w:t>
            </w:r>
          </w:p>
        </w:tc>
      </w:tr>
      <w:tr w:rsidR="00E749C8" w:rsidRPr="00066D8E" w14:paraId="329BDE88" w14:textId="623B86E3" w:rsidTr="006F44C3">
        <w:trPr>
          <w:jc w:val="center"/>
        </w:trPr>
        <w:tc>
          <w:tcPr>
            <w:tcW w:w="4530" w:type="dxa"/>
            <w:vAlign w:val="center"/>
          </w:tcPr>
          <w:p w14:paraId="20866B07" w14:textId="77777777" w:rsidR="00E749C8" w:rsidRPr="00E749C8" w:rsidRDefault="00E749C8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1. Praktikumsbetrieb im Überblick</w:t>
            </w:r>
          </w:p>
        </w:tc>
        <w:tc>
          <w:tcPr>
            <w:tcW w:w="1276" w:type="dxa"/>
            <w:vAlign w:val="center"/>
          </w:tcPr>
          <w:p w14:paraId="5FC4B93E" w14:textId="77777777" w:rsidR="00E749C8" w:rsidRPr="00E749C8" w:rsidRDefault="00E749C8" w:rsidP="006519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10</w:t>
            </w:r>
          </w:p>
        </w:tc>
        <w:tc>
          <w:tcPr>
            <w:tcW w:w="1136" w:type="dxa"/>
            <w:vAlign w:val="center"/>
          </w:tcPr>
          <w:p w14:paraId="1903673A" w14:textId="77777777" w:rsidR="00E749C8" w:rsidRPr="00E749C8" w:rsidRDefault="00E749C8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479C06AE" w14:textId="77777777" w:rsidR="00E749C8" w:rsidRDefault="00E749C8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20B28F3A" w14:textId="77777777" w:rsidR="00E749C8" w:rsidRPr="00E749C8" w:rsidRDefault="00E749C8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066D8E" w14:paraId="273255CC" w14:textId="7D2D78F6" w:rsidTr="006F44C3">
        <w:trPr>
          <w:jc w:val="center"/>
        </w:trPr>
        <w:tc>
          <w:tcPr>
            <w:tcW w:w="4530" w:type="dxa"/>
            <w:vAlign w:val="center"/>
          </w:tcPr>
          <w:p w14:paraId="20B4E5AB" w14:textId="5AE28946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4. Abschließendes Fazit</w:t>
            </w:r>
          </w:p>
        </w:tc>
        <w:tc>
          <w:tcPr>
            <w:tcW w:w="1276" w:type="dxa"/>
            <w:vAlign w:val="center"/>
          </w:tcPr>
          <w:p w14:paraId="56DB97ED" w14:textId="3FB91C92" w:rsidR="006F44C3" w:rsidRPr="00E749C8" w:rsidRDefault="006F44C3" w:rsidP="006F4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10</w:t>
            </w:r>
          </w:p>
        </w:tc>
        <w:tc>
          <w:tcPr>
            <w:tcW w:w="1136" w:type="dxa"/>
            <w:vAlign w:val="center"/>
          </w:tcPr>
          <w:p w14:paraId="416051E3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20BD5103" w14:textId="77777777" w:rsid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54866DDA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066D8E" w14:paraId="5D65F309" w14:textId="44312108" w:rsidTr="006F44C3">
        <w:trPr>
          <w:jc w:val="center"/>
        </w:trPr>
        <w:tc>
          <w:tcPr>
            <w:tcW w:w="4530" w:type="dxa"/>
            <w:vAlign w:val="center"/>
          </w:tcPr>
          <w:p w14:paraId="51122EE7" w14:textId="3B89D439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5. ausgearbeitete Präsentation</w:t>
            </w:r>
          </w:p>
        </w:tc>
        <w:tc>
          <w:tcPr>
            <w:tcW w:w="1276" w:type="dxa"/>
            <w:vAlign w:val="center"/>
          </w:tcPr>
          <w:p w14:paraId="419E2BCF" w14:textId="319F579D" w:rsidR="006F44C3" w:rsidRPr="00E749C8" w:rsidRDefault="006F44C3" w:rsidP="006F4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5</w:t>
            </w:r>
          </w:p>
        </w:tc>
        <w:tc>
          <w:tcPr>
            <w:tcW w:w="1136" w:type="dxa"/>
            <w:vAlign w:val="center"/>
          </w:tcPr>
          <w:p w14:paraId="6C038082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4E602C6C" w14:textId="77777777" w:rsid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2BCD0BC5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066D8E" w14:paraId="195E6FBD" w14:textId="74495290" w:rsidTr="006F44C3">
        <w:trPr>
          <w:jc w:val="center"/>
        </w:trPr>
        <w:tc>
          <w:tcPr>
            <w:tcW w:w="4530" w:type="dxa"/>
            <w:vAlign w:val="center"/>
          </w:tcPr>
          <w:p w14:paraId="65071CEB" w14:textId="48F0F1C2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6. Berufscheck: Passt der Beruf zu mir?</w:t>
            </w:r>
          </w:p>
        </w:tc>
        <w:tc>
          <w:tcPr>
            <w:tcW w:w="1276" w:type="dxa"/>
            <w:vAlign w:val="center"/>
          </w:tcPr>
          <w:p w14:paraId="5CED50C4" w14:textId="5E778381" w:rsidR="006F44C3" w:rsidRPr="00E749C8" w:rsidRDefault="006F44C3" w:rsidP="006F4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8</w:t>
            </w:r>
          </w:p>
        </w:tc>
        <w:tc>
          <w:tcPr>
            <w:tcW w:w="1136" w:type="dxa"/>
            <w:vAlign w:val="center"/>
          </w:tcPr>
          <w:p w14:paraId="1740508A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1FF3B278" w14:textId="77777777" w:rsid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3BF161E3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066D8E" w14:paraId="05538CB9" w14:textId="364519CE" w:rsidTr="006F44C3">
        <w:trPr>
          <w:jc w:val="center"/>
        </w:trPr>
        <w:tc>
          <w:tcPr>
            <w:tcW w:w="4530" w:type="dxa"/>
            <w:vAlign w:val="center"/>
          </w:tcPr>
          <w:p w14:paraId="018E8BD0" w14:textId="6833F53F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Einhaltung Vorgaben (Deckblatt (2) / Quellenverzeichnis (1)/ Rand (1)/ Zeilenabstand (1)</w:t>
            </w:r>
          </w:p>
        </w:tc>
        <w:tc>
          <w:tcPr>
            <w:tcW w:w="1276" w:type="dxa"/>
            <w:vAlign w:val="center"/>
          </w:tcPr>
          <w:p w14:paraId="54965831" w14:textId="2C545851" w:rsidR="006F44C3" w:rsidRPr="00E749C8" w:rsidRDefault="006F44C3" w:rsidP="006F4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5</w:t>
            </w:r>
          </w:p>
        </w:tc>
        <w:tc>
          <w:tcPr>
            <w:tcW w:w="1136" w:type="dxa"/>
            <w:vAlign w:val="center"/>
          </w:tcPr>
          <w:p w14:paraId="26C24165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51F2B915" w14:textId="77777777" w:rsid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13FBD399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066D8E" w14:paraId="2DF843CC" w14:textId="3EF14D4E" w:rsidTr="006F44C3">
        <w:trPr>
          <w:jc w:val="center"/>
        </w:trPr>
        <w:tc>
          <w:tcPr>
            <w:tcW w:w="4530" w:type="dxa"/>
            <w:vAlign w:val="center"/>
          </w:tcPr>
          <w:p w14:paraId="7F5B9D1B" w14:textId="2A41B675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Gestaltung des Hefters (Übersichtlichkeit, Seitenaufbau, Bilder/ Gestaltung passend zum Beruf/ zum Betrieb)</w:t>
            </w:r>
          </w:p>
        </w:tc>
        <w:tc>
          <w:tcPr>
            <w:tcW w:w="1276" w:type="dxa"/>
            <w:vAlign w:val="center"/>
          </w:tcPr>
          <w:p w14:paraId="78A7099E" w14:textId="360178A0" w:rsidR="006F44C3" w:rsidRPr="00E749C8" w:rsidRDefault="006F44C3" w:rsidP="006F4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10</w:t>
            </w:r>
          </w:p>
        </w:tc>
        <w:tc>
          <w:tcPr>
            <w:tcW w:w="1136" w:type="dxa"/>
            <w:vAlign w:val="center"/>
          </w:tcPr>
          <w:p w14:paraId="3B28F97F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4A2F7011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066D8E" w14:paraId="15FF9F15" w14:textId="18EB2800" w:rsidTr="006F44C3">
        <w:trPr>
          <w:jc w:val="center"/>
        </w:trPr>
        <w:tc>
          <w:tcPr>
            <w:tcW w:w="4530" w:type="dxa"/>
            <w:vAlign w:val="center"/>
          </w:tcPr>
          <w:p w14:paraId="11667F68" w14:textId="717D6EF5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Rechtschreibung und Grammatik</w:t>
            </w:r>
          </w:p>
        </w:tc>
        <w:tc>
          <w:tcPr>
            <w:tcW w:w="1276" w:type="dxa"/>
            <w:vAlign w:val="center"/>
          </w:tcPr>
          <w:p w14:paraId="24327C72" w14:textId="7416AF3A" w:rsidR="006F44C3" w:rsidRPr="00E749C8" w:rsidRDefault="006F44C3" w:rsidP="006F4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</w:t>
            </w:r>
          </w:p>
        </w:tc>
        <w:tc>
          <w:tcPr>
            <w:tcW w:w="1136" w:type="dxa"/>
            <w:vAlign w:val="center"/>
          </w:tcPr>
          <w:p w14:paraId="3FDCD5B7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254D3896" w14:textId="77777777" w:rsid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106A4A17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066D8E" w14:paraId="51EFCAD5" w14:textId="58A90FC6" w:rsidTr="006F44C3">
        <w:trPr>
          <w:jc w:val="center"/>
        </w:trPr>
        <w:tc>
          <w:tcPr>
            <w:tcW w:w="4530" w:type="dxa"/>
            <w:vAlign w:val="center"/>
          </w:tcPr>
          <w:p w14:paraId="56F16293" w14:textId="1E80975B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Zusatzmaterialien + erklärt / besonderer eigener Einsatz</w:t>
            </w:r>
          </w:p>
        </w:tc>
        <w:tc>
          <w:tcPr>
            <w:tcW w:w="1276" w:type="dxa"/>
            <w:vAlign w:val="center"/>
          </w:tcPr>
          <w:p w14:paraId="055F9518" w14:textId="463B2EC3" w:rsidR="006F44C3" w:rsidRPr="00E749C8" w:rsidRDefault="006F44C3" w:rsidP="006F4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5</w:t>
            </w:r>
          </w:p>
        </w:tc>
        <w:tc>
          <w:tcPr>
            <w:tcW w:w="1136" w:type="dxa"/>
            <w:vAlign w:val="center"/>
          </w:tcPr>
          <w:p w14:paraId="3EE77E94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68CEFA57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066D8E" w14:paraId="14756697" w14:textId="6766CC85" w:rsidTr="004823E4">
        <w:trPr>
          <w:jc w:val="center"/>
        </w:trPr>
        <w:tc>
          <w:tcPr>
            <w:tcW w:w="4530" w:type="dxa"/>
            <w:shd w:val="clear" w:color="auto" w:fill="E2F0D9"/>
            <w:vAlign w:val="center"/>
          </w:tcPr>
          <w:p w14:paraId="677DCB39" w14:textId="77777777" w:rsidR="006F44C3" w:rsidRDefault="006F44C3" w:rsidP="006F44C3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  <w:p w14:paraId="5FEA487C" w14:textId="77777777" w:rsidR="006F44C3" w:rsidRDefault="006F44C3" w:rsidP="006F44C3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Gesamt</w:t>
            </w:r>
          </w:p>
          <w:p w14:paraId="774529C3" w14:textId="5093EAC3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shd w:val="clear" w:color="auto" w:fill="E2F0D9"/>
            <w:vAlign w:val="center"/>
          </w:tcPr>
          <w:p w14:paraId="33601C9F" w14:textId="2A2F86DE" w:rsidR="006F44C3" w:rsidRPr="006F44C3" w:rsidRDefault="006F44C3" w:rsidP="006F44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57</w:t>
            </w:r>
          </w:p>
        </w:tc>
        <w:tc>
          <w:tcPr>
            <w:tcW w:w="1136" w:type="dxa"/>
            <w:shd w:val="clear" w:color="auto" w:fill="E2F0D9"/>
            <w:vAlign w:val="center"/>
          </w:tcPr>
          <w:p w14:paraId="0936C021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  <w:shd w:val="clear" w:color="auto" w:fill="E2F0D9"/>
          </w:tcPr>
          <w:p w14:paraId="6DC10040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14:paraId="57DFC14C" w14:textId="4BC4F3DA" w:rsidR="006F44C3" w:rsidRPr="00066D8E" w:rsidRDefault="0065194F" w:rsidP="006F44C3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br/>
      </w:r>
      <w:r w:rsidR="006F44C3" w:rsidRPr="00066D8E">
        <w:rPr>
          <w:rFonts w:ascii="Times New Roman" w:hAnsi="Times New Roman" w:cs="Times New Roman"/>
          <w:lang w:val="de-DE"/>
        </w:rPr>
        <w:t xml:space="preserve">Erreichte Punktzahl: ______ / </w:t>
      </w:r>
      <w:r w:rsidR="006F44C3">
        <w:rPr>
          <w:rFonts w:ascii="Times New Roman" w:hAnsi="Times New Roman" w:cs="Times New Roman"/>
          <w:b/>
          <w:bCs/>
          <w:lang w:val="de-DE"/>
        </w:rPr>
        <w:t>57</w:t>
      </w:r>
      <w:r w:rsidR="006F44C3" w:rsidRPr="00066D8E">
        <w:rPr>
          <w:rFonts w:ascii="Times New Roman" w:hAnsi="Times New Roman" w:cs="Times New Roman"/>
          <w:lang w:val="de-DE"/>
        </w:rPr>
        <w:t xml:space="preserve">        Note: ______</w:t>
      </w:r>
    </w:p>
    <w:tbl>
      <w:tblPr>
        <w:tblStyle w:val="Tabellenraster"/>
        <w:tblW w:w="10768" w:type="dxa"/>
        <w:jc w:val="center"/>
        <w:tblLook w:val="04A0" w:firstRow="1" w:lastRow="0" w:firstColumn="1" w:lastColumn="0" w:noHBand="0" w:noVBand="1"/>
      </w:tblPr>
      <w:tblGrid>
        <w:gridCol w:w="4530"/>
        <w:gridCol w:w="1276"/>
        <w:gridCol w:w="1136"/>
        <w:gridCol w:w="3826"/>
      </w:tblGrid>
      <w:tr w:rsidR="006F44C3" w:rsidRPr="00E749C8" w14:paraId="6464DBC2" w14:textId="77777777" w:rsidTr="006F44C3">
        <w:trPr>
          <w:jc w:val="center"/>
        </w:trPr>
        <w:tc>
          <w:tcPr>
            <w:tcW w:w="4530" w:type="dxa"/>
            <w:shd w:val="clear" w:color="auto" w:fill="D9EAF7"/>
            <w:vAlign w:val="center"/>
          </w:tcPr>
          <w:p w14:paraId="04950488" w14:textId="77777777" w:rsidR="006F44C3" w:rsidRPr="00E749C8" w:rsidRDefault="006F44C3" w:rsidP="00F07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Bewertungsbereich</w:t>
            </w:r>
          </w:p>
        </w:tc>
        <w:tc>
          <w:tcPr>
            <w:tcW w:w="1276" w:type="dxa"/>
            <w:shd w:val="clear" w:color="auto" w:fill="D9EAF7"/>
            <w:vAlign w:val="center"/>
          </w:tcPr>
          <w:p w14:paraId="63DB7879" w14:textId="77777777" w:rsidR="006F44C3" w:rsidRPr="00E749C8" w:rsidRDefault="006F44C3" w:rsidP="00F07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max. Punkte</w:t>
            </w:r>
          </w:p>
        </w:tc>
        <w:tc>
          <w:tcPr>
            <w:tcW w:w="1136" w:type="dxa"/>
            <w:shd w:val="clear" w:color="auto" w:fill="D9EAF7"/>
            <w:vAlign w:val="center"/>
          </w:tcPr>
          <w:p w14:paraId="75A99418" w14:textId="77777777" w:rsidR="006F44C3" w:rsidRPr="00E749C8" w:rsidRDefault="006F44C3" w:rsidP="00F07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erreichte Punkte</w:t>
            </w:r>
          </w:p>
        </w:tc>
        <w:tc>
          <w:tcPr>
            <w:tcW w:w="3826" w:type="dxa"/>
            <w:shd w:val="clear" w:color="auto" w:fill="D9EAF7"/>
          </w:tcPr>
          <w:p w14:paraId="05A34A45" w14:textId="77777777" w:rsidR="006F44C3" w:rsidRPr="00E749C8" w:rsidRDefault="006F44C3" w:rsidP="00F07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Anmerkungen</w:t>
            </w:r>
          </w:p>
        </w:tc>
      </w:tr>
      <w:tr w:rsidR="006F44C3" w:rsidRPr="00E749C8" w14:paraId="166C6006" w14:textId="77777777" w:rsidTr="006F44C3">
        <w:trPr>
          <w:jc w:val="center"/>
        </w:trPr>
        <w:tc>
          <w:tcPr>
            <w:tcW w:w="4530" w:type="dxa"/>
            <w:vAlign w:val="center"/>
          </w:tcPr>
          <w:p w14:paraId="15FF2B09" w14:textId="77777777" w:rsidR="006F44C3" w:rsidRPr="00E749C8" w:rsidRDefault="006F44C3" w:rsidP="00F0730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2. Bericht „Mein erster Praktikumstag“</w:t>
            </w:r>
          </w:p>
        </w:tc>
        <w:tc>
          <w:tcPr>
            <w:tcW w:w="1276" w:type="dxa"/>
            <w:vAlign w:val="center"/>
          </w:tcPr>
          <w:p w14:paraId="7922BD20" w14:textId="77777777" w:rsidR="006F44C3" w:rsidRPr="00E749C8" w:rsidRDefault="006F44C3" w:rsidP="00F07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</w:t>
            </w:r>
          </w:p>
        </w:tc>
        <w:tc>
          <w:tcPr>
            <w:tcW w:w="1136" w:type="dxa"/>
            <w:vAlign w:val="center"/>
          </w:tcPr>
          <w:p w14:paraId="44BE720E" w14:textId="77777777" w:rsidR="006F44C3" w:rsidRPr="00E749C8" w:rsidRDefault="006F44C3" w:rsidP="00F0730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592A5F9F" w14:textId="77777777" w:rsidR="006F44C3" w:rsidRDefault="006F44C3" w:rsidP="00F0730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49A33D1D" w14:textId="77777777" w:rsidR="006F44C3" w:rsidRPr="00E749C8" w:rsidRDefault="006F44C3" w:rsidP="00F0730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E749C8" w14:paraId="2E8C7E33" w14:textId="77777777" w:rsidTr="006F44C3">
        <w:trPr>
          <w:jc w:val="center"/>
        </w:trPr>
        <w:tc>
          <w:tcPr>
            <w:tcW w:w="4530" w:type="dxa"/>
            <w:vAlign w:val="center"/>
          </w:tcPr>
          <w:p w14:paraId="56AC7B87" w14:textId="77777777" w:rsidR="006F44C3" w:rsidRPr="00E749C8" w:rsidRDefault="006F44C3" w:rsidP="00F0730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3. Zwei Wochenberichte mit Unterschriften</w:t>
            </w:r>
          </w:p>
        </w:tc>
        <w:tc>
          <w:tcPr>
            <w:tcW w:w="1276" w:type="dxa"/>
            <w:vAlign w:val="center"/>
          </w:tcPr>
          <w:p w14:paraId="320BD079" w14:textId="77777777" w:rsidR="006F44C3" w:rsidRPr="00E749C8" w:rsidRDefault="006F44C3" w:rsidP="00F07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20</w:t>
            </w:r>
          </w:p>
        </w:tc>
        <w:tc>
          <w:tcPr>
            <w:tcW w:w="1136" w:type="dxa"/>
            <w:vAlign w:val="center"/>
          </w:tcPr>
          <w:p w14:paraId="0A49710D" w14:textId="77777777" w:rsidR="006F44C3" w:rsidRPr="00E749C8" w:rsidRDefault="006F44C3" w:rsidP="00F0730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3E82B0F3" w14:textId="77777777" w:rsidR="006F44C3" w:rsidRDefault="006F44C3" w:rsidP="00F0730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36CB4114" w14:textId="77777777" w:rsidR="006F44C3" w:rsidRPr="00E749C8" w:rsidRDefault="006F44C3" w:rsidP="00F0730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E749C8" w14:paraId="1948508A" w14:textId="77777777" w:rsidTr="006F44C3">
        <w:trPr>
          <w:jc w:val="center"/>
        </w:trPr>
        <w:tc>
          <w:tcPr>
            <w:tcW w:w="4530" w:type="dxa"/>
            <w:vAlign w:val="center"/>
          </w:tcPr>
          <w:p w14:paraId="698244BE" w14:textId="4B230F33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Einhaltung Rand (1)/ Zeilenabstand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1,5</w:t>
            </w: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(1)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/ Blocksatz (1)/ Schriftgröße 12  (Times/Arial) (2)</w:t>
            </w:r>
          </w:p>
        </w:tc>
        <w:tc>
          <w:tcPr>
            <w:tcW w:w="1276" w:type="dxa"/>
            <w:vAlign w:val="center"/>
          </w:tcPr>
          <w:p w14:paraId="45942270" w14:textId="2E054950" w:rsidR="006F44C3" w:rsidRPr="00E749C8" w:rsidRDefault="006F44C3" w:rsidP="006F4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5</w:t>
            </w:r>
          </w:p>
        </w:tc>
        <w:tc>
          <w:tcPr>
            <w:tcW w:w="1136" w:type="dxa"/>
            <w:vAlign w:val="center"/>
          </w:tcPr>
          <w:p w14:paraId="5EF9EE5D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353A5129" w14:textId="77777777" w:rsid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E749C8" w14:paraId="1339BDA6" w14:textId="77777777" w:rsidTr="006F44C3">
        <w:trPr>
          <w:jc w:val="center"/>
        </w:trPr>
        <w:tc>
          <w:tcPr>
            <w:tcW w:w="4530" w:type="dxa"/>
            <w:vAlign w:val="center"/>
          </w:tcPr>
          <w:p w14:paraId="793BAC9F" w14:textId="4296C283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Rechtschreibung und Grammatik</w:t>
            </w:r>
          </w:p>
        </w:tc>
        <w:tc>
          <w:tcPr>
            <w:tcW w:w="1276" w:type="dxa"/>
            <w:vAlign w:val="center"/>
          </w:tcPr>
          <w:p w14:paraId="015A3A17" w14:textId="2CB0E924" w:rsidR="006F44C3" w:rsidRDefault="006F44C3" w:rsidP="006F4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</w:t>
            </w:r>
          </w:p>
        </w:tc>
        <w:tc>
          <w:tcPr>
            <w:tcW w:w="1136" w:type="dxa"/>
            <w:vAlign w:val="center"/>
          </w:tcPr>
          <w:p w14:paraId="7D732E3D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</w:tcPr>
          <w:p w14:paraId="19ECE3D8" w14:textId="77777777" w:rsid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46C1C89B" w14:textId="77777777" w:rsid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6F44C3" w:rsidRPr="00E749C8" w14:paraId="58315F6B" w14:textId="77777777" w:rsidTr="00080E20">
        <w:trPr>
          <w:jc w:val="center"/>
        </w:trPr>
        <w:tc>
          <w:tcPr>
            <w:tcW w:w="4530" w:type="dxa"/>
            <w:shd w:val="clear" w:color="auto" w:fill="E2F0D9"/>
            <w:vAlign w:val="center"/>
          </w:tcPr>
          <w:p w14:paraId="1B2E480E" w14:textId="77777777" w:rsidR="006F44C3" w:rsidRDefault="006F44C3" w:rsidP="006F44C3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  <w:p w14:paraId="598EF469" w14:textId="77777777" w:rsidR="006F44C3" w:rsidRDefault="006F44C3" w:rsidP="006F44C3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E749C8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Gesamt</w:t>
            </w:r>
          </w:p>
          <w:p w14:paraId="67E23064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shd w:val="clear" w:color="auto" w:fill="E2F0D9"/>
            <w:vAlign w:val="center"/>
          </w:tcPr>
          <w:p w14:paraId="6B675CB8" w14:textId="6B25249D" w:rsidR="006F44C3" w:rsidRPr="006F44C3" w:rsidRDefault="006F44C3" w:rsidP="006F44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44</w:t>
            </w:r>
          </w:p>
        </w:tc>
        <w:tc>
          <w:tcPr>
            <w:tcW w:w="1136" w:type="dxa"/>
            <w:shd w:val="clear" w:color="auto" w:fill="E2F0D9"/>
            <w:vAlign w:val="center"/>
          </w:tcPr>
          <w:p w14:paraId="775CEA5D" w14:textId="77777777" w:rsidR="006F44C3" w:rsidRPr="00E749C8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826" w:type="dxa"/>
            <w:shd w:val="clear" w:color="auto" w:fill="E2F0D9"/>
          </w:tcPr>
          <w:p w14:paraId="4297E4CD" w14:textId="77777777" w:rsid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14:paraId="6B30C997" w14:textId="77777777" w:rsidR="00D74289" w:rsidRPr="00066D8E" w:rsidRDefault="00D74289">
      <w:pPr>
        <w:rPr>
          <w:rFonts w:ascii="Times New Roman" w:hAnsi="Times New Roman" w:cs="Times New Roman"/>
          <w:lang w:val="de-DE"/>
        </w:rPr>
      </w:pPr>
    </w:p>
    <w:p w14:paraId="68961B9C" w14:textId="6476184E" w:rsidR="00077B1E" w:rsidRPr="00066D8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 xml:space="preserve">Erreichte Punktzahl: ______ / </w:t>
      </w:r>
      <w:r w:rsidR="006F44C3">
        <w:rPr>
          <w:rFonts w:ascii="Times New Roman" w:hAnsi="Times New Roman" w:cs="Times New Roman"/>
          <w:b/>
          <w:bCs/>
          <w:lang w:val="de-DE"/>
        </w:rPr>
        <w:t>44</w:t>
      </w:r>
      <w:r w:rsidRPr="00066D8E">
        <w:rPr>
          <w:rFonts w:ascii="Times New Roman" w:hAnsi="Times New Roman" w:cs="Times New Roman"/>
          <w:lang w:val="de-DE"/>
        </w:rPr>
        <w:t xml:space="preserve">        Note: ______</w:t>
      </w:r>
    </w:p>
    <w:p w14:paraId="6D2872D4" w14:textId="660498BD" w:rsidR="00077B1E" w:rsidRDefault="0065194F">
      <w:pPr>
        <w:rPr>
          <w:rFonts w:ascii="Times New Roman" w:hAnsi="Times New Roman" w:cs="Times New Roman"/>
          <w:lang w:val="de-DE"/>
        </w:rPr>
      </w:pPr>
      <w:r w:rsidRPr="00066D8E">
        <w:rPr>
          <w:rFonts w:ascii="Times New Roman" w:hAnsi="Times New Roman" w:cs="Times New Roman"/>
          <w:lang w:val="de-DE"/>
        </w:rPr>
        <w:t>Datum: ____________________        Fachlehrkraft: ______________________________</w:t>
      </w:r>
    </w:p>
    <w:p w14:paraId="0FCEB229" w14:textId="77777777" w:rsidR="006F44C3" w:rsidRPr="006F44C3" w:rsidRDefault="006F44C3" w:rsidP="006F44C3">
      <w:pPr>
        <w:keepNext/>
        <w:keepLines/>
        <w:spacing w:before="480" w:after="0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de-DE"/>
        </w:rPr>
      </w:pPr>
      <w:r w:rsidRPr="006F44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de-DE"/>
        </w:rPr>
        <w:lastRenderedPageBreak/>
        <w:t>Beurteilung des Schülerpraktikums durch den Betrieb</w:t>
      </w:r>
    </w:p>
    <w:p w14:paraId="07958D8A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Ihre Rückmeldung hilft der Schülerin bzw. dem Schüler, die eigenen Stärken und Entwicklungsfelder realistisch einzuschätzen. Bitte bewerten Sie möglichst auf Grundlage konkreter Beobachtungen während des Praktikums.</w:t>
      </w:r>
    </w:p>
    <w:p w14:paraId="0F6394EB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Bewertungsskala: 4 = trifft sicher und selbstständig zu · 3 = trifft überwiegend zu · 2 = trifft teilweise / mit Unterstützung zu · 1 = trifft kaum zu · n. b. = nicht beobachtbar</w:t>
      </w:r>
    </w:p>
    <w:p w14:paraId="7A54AE2B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</w:p>
    <w:p w14:paraId="1DAAADAC" w14:textId="77777777" w:rsidR="006F44C3" w:rsidRPr="006F44C3" w:rsidRDefault="006F44C3" w:rsidP="006F44C3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de-DE"/>
        </w:rPr>
      </w:pPr>
      <w:r w:rsidRPr="006F44C3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de-DE"/>
        </w:rPr>
        <w:t>1. Zuverlässigkeit und Arbeitsverhalten</w:t>
      </w:r>
    </w:p>
    <w:tbl>
      <w:tblPr>
        <w:tblStyle w:val="Tabellenraster"/>
        <w:tblW w:w="11033" w:type="dxa"/>
        <w:tblInd w:w="-690" w:type="dxa"/>
        <w:tblLayout w:type="fixed"/>
        <w:tblLook w:val="04A0" w:firstRow="1" w:lastRow="0" w:firstColumn="1" w:lastColumn="0" w:noHBand="0" w:noVBand="1"/>
      </w:tblPr>
      <w:tblGrid>
        <w:gridCol w:w="8482"/>
        <w:gridCol w:w="591"/>
        <w:gridCol w:w="425"/>
        <w:gridCol w:w="425"/>
        <w:gridCol w:w="426"/>
        <w:gridCol w:w="684"/>
      </w:tblGrid>
      <w:tr w:rsidR="006F44C3" w:rsidRPr="006F44C3" w14:paraId="01157EE0" w14:textId="77777777" w:rsidTr="008777EC">
        <w:tc>
          <w:tcPr>
            <w:tcW w:w="8482" w:type="dxa"/>
            <w:shd w:val="clear" w:color="auto" w:fill="D9EAF7"/>
            <w:vAlign w:val="center"/>
          </w:tcPr>
          <w:p w14:paraId="37D55150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Beobachtungskriterium</w:t>
            </w:r>
          </w:p>
        </w:tc>
        <w:tc>
          <w:tcPr>
            <w:tcW w:w="591" w:type="dxa"/>
            <w:shd w:val="clear" w:color="auto" w:fill="D9EAF7"/>
            <w:vAlign w:val="center"/>
          </w:tcPr>
          <w:p w14:paraId="0D9D3BE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4</w:t>
            </w:r>
          </w:p>
        </w:tc>
        <w:tc>
          <w:tcPr>
            <w:tcW w:w="425" w:type="dxa"/>
            <w:shd w:val="clear" w:color="auto" w:fill="D9EAF7"/>
            <w:vAlign w:val="center"/>
          </w:tcPr>
          <w:p w14:paraId="640F346D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3</w:t>
            </w:r>
          </w:p>
        </w:tc>
        <w:tc>
          <w:tcPr>
            <w:tcW w:w="425" w:type="dxa"/>
            <w:shd w:val="clear" w:color="auto" w:fill="D9EAF7"/>
            <w:vAlign w:val="center"/>
          </w:tcPr>
          <w:p w14:paraId="365B25F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</w:t>
            </w:r>
          </w:p>
        </w:tc>
        <w:tc>
          <w:tcPr>
            <w:tcW w:w="426" w:type="dxa"/>
            <w:shd w:val="clear" w:color="auto" w:fill="D9EAF7"/>
            <w:vAlign w:val="center"/>
          </w:tcPr>
          <w:p w14:paraId="61CB816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</w:t>
            </w:r>
          </w:p>
        </w:tc>
        <w:tc>
          <w:tcPr>
            <w:tcW w:w="684" w:type="dxa"/>
            <w:shd w:val="clear" w:color="auto" w:fill="D9EAF7"/>
            <w:vAlign w:val="center"/>
          </w:tcPr>
          <w:p w14:paraId="5730AAC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n. b.</w:t>
            </w:r>
          </w:p>
        </w:tc>
      </w:tr>
      <w:tr w:rsidR="006F44C3" w:rsidRPr="006F44C3" w14:paraId="01EDA5C9" w14:textId="77777777" w:rsidTr="008777EC">
        <w:tc>
          <w:tcPr>
            <w:tcW w:w="8482" w:type="dxa"/>
            <w:vAlign w:val="center"/>
          </w:tcPr>
          <w:p w14:paraId="30B1094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erscheint pünktlich und hält vereinbarte Arbeits- und Pausenzeiten ein.</w:t>
            </w:r>
          </w:p>
        </w:tc>
        <w:tc>
          <w:tcPr>
            <w:tcW w:w="591" w:type="dxa"/>
            <w:vAlign w:val="center"/>
          </w:tcPr>
          <w:p w14:paraId="12BDC196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14B85FD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004169C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6" w:type="dxa"/>
            <w:vAlign w:val="center"/>
          </w:tcPr>
          <w:p w14:paraId="6882B42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684" w:type="dxa"/>
            <w:vAlign w:val="center"/>
          </w:tcPr>
          <w:p w14:paraId="7945B2E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32AA0944" w14:textId="77777777" w:rsidTr="008777EC">
        <w:tc>
          <w:tcPr>
            <w:tcW w:w="8482" w:type="dxa"/>
            <w:vAlign w:val="center"/>
          </w:tcPr>
          <w:p w14:paraId="14FDBD5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führt übertragene Aufgaben zuverlässig und vollständig aus.</w:t>
            </w:r>
          </w:p>
        </w:tc>
        <w:tc>
          <w:tcPr>
            <w:tcW w:w="591" w:type="dxa"/>
            <w:vAlign w:val="center"/>
          </w:tcPr>
          <w:p w14:paraId="6555FB6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2E9AFA8F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0A8B0CC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6" w:type="dxa"/>
            <w:vAlign w:val="center"/>
          </w:tcPr>
          <w:p w14:paraId="1375028F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684" w:type="dxa"/>
            <w:vAlign w:val="center"/>
          </w:tcPr>
          <w:p w14:paraId="0AEFF58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26C1F167" w14:textId="77777777" w:rsidTr="008777EC">
        <w:tc>
          <w:tcPr>
            <w:tcW w:w="8482" w:type="dxa"/>
            <w:vAlign w:val="center"/>
          </w:tcPr>
          <w:p w14:paraId="40324068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arbeitet sorgfältig und achtet auf Qualität und Ordnung.</w:t>
            </w:r>
          </w:p>
        </w:tc>
        <w:tc>
          <w:tcPr>
            <w:tcW w:w="591" w:type="dxa"/>
            <w:vAlign w:val="center"/>
          </w:tcPr>
          <w:p w14:paraId="62DDB34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6E341218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5EA7185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6" w:type="dxa"/>
            <w:vAlign w:val="center"/>
          </w:tcPr>
          <w:p w14:paraId="4B5E3BC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684" w:type="dxa"/>
            <w:vAlign w:val="center"/>
          </w:tcPr>
          <w:p w14:paraId="7928A15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70FAF4DF" w14:textId="77777777" w:rsidTr="008777EC">
        <w:tc>
          <w:tcPr>
            <w:tcW w:w="8482" w:type="dxa"/>
            <w:vAlign w:val="center"/>
          </w:tcPr>
          <w:p w14:paraId="7956C6D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bleibt auch bei längeren, anstrengenden oder wenig abwechslungsreichen Aufgaben bei der Sache.</w:t>
            </w:r>
          </w:p>
        </w:tc>
        <w:tc>
          <w:tcPr>
            <w:tcW w:w="591" w:type="dxa"/>
            <w:vAlign w:val="center"/>
          </w:tcPr>
          <w:p w14:paraId="11164E4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1FC64B38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1540711F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6" w:type="dxa"/>
            <w:vAlign w:val="center"/>
          </w:tcPr>
          <w:p w14:paraId="64407A9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684" w:type="dxa"/>
            <w:vAlign w:val="center"/>
          </w:tcPr>
          <w:p w14:paraId="18AAF16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2153CBF1" w14:textId="77777777" w:rsidTr="008777EC">
        <w:tc>
          <w:tcPr>
            <w:tcW w:w="8482" w:type="dxa"/>
            <w:vAlign w:val="center"/>
          </w:tcPr>
          <w:p w14:paraId="6690F8A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geht verantwortungsvoll mit Arbeitsmitteln, Materialien und Betriebseigentum um.</w:t>
            </w:r>
          </w:p>
        </w:tc>
        <w:tc>
          <w:tcPr>
            <w:tcW w:w="591" w:type="dxa"/>
            <w:vAlign w:val="center"/>
          </w:tcPr>
          <w:p w14:paraId="62A049B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3A3958B6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450D066C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6" w:type="dxa"/>
            <w:vAlign w:val="center"/>
          </w:tcPr>
          <w:p w14:paraId="1FBC41F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684" w:type="dxa"/>
            <w:vAlign w:val="center"/>
          </w:tcPr>
          <w:p w14:paraId="143A72D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</w:tbl>
    <w:p w14:paraId="26C39460" w14:textId="77777777" w:rsidR="006F44C3" w:rsidRPr="006F44C3" w:rsidRDefault="006F44C3" w:rsidP="006F44C3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/>
          <w:bCs/>
          <w:color w:val="4F81BD" w:themeColor="accent1"/>
          <w:sz w:val="24"/>
          <w:szCs w:val="24"/>
          <w:lang w:val="de-DE"/>
        </w:rPr>
      </w:pPr>
      <w:r w:rsidRPr="006F44C3">
        <w:rPr>
          <w:rFonts w:ascii="Times New Roman" w:eastAsiaTheme="majorEastAsia" w:hAnsi="Times New Roman" w:cs="Times New Roman"/>
          <w:b/>
          <w:bCs/>
          <w:color w:val="4F81BD" w:themeColor="accent1"/>
          <w:sz w:val="24"/>
          <w:szCs w:val="24"/>
          <w:lang w:val="de-DE"/>
        </w:rPr>
        <w:t>2. Selbstständigkeit und Initiative</w:t>
      </w:r>
    </w:p>
    <w:tbl>
      <w:tblPr>
        <w:tblStyle w:val="Tabellenraster"/>
        <w:tblW w:w="11057" w:type="dxa"/>
        <w:tblInd w:w="-662" w:type="dxa"/>
        <w:tblLayout w:type="fixed"/>
        <w:tblLook w:val="04A0" w:firstRow="1" w:lastRow="0" w:firstColumn="1" w:lastColumn="0" w:noHBand="0" w:noVBand="1"/>
      </w:tblPr>
      <w:tblGrid>
        <w:gridCol w:w="8506"/>
        <w:gridCol w:w="425"/>
        <w:gridCol w:w="425"/>
        <w:gridCol w:w="426"/>
        <w:gridCol w:w="567"/>
        <w:gridCol w:w="708"/>
      </w:tblGrid>
      <w:tr w:rsidR="006F44C3" w:rsidRPr="006F44C3" w14:paraId="057A5499" w14:textId="77777777" w:rsidTr="008777EC">
        <w:tc>
          <w:tcPr>
            <w:tcW w:w="8506" w:type="dxa"/>
            <w:shd w:val="clear" w:color="auto" w:fill="D9EAF7"/>
            <w:vAlign w:val="center"/>
          </w:tcPr>
          <w:p w14:paraId="381FE6B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Beobachtungskriterium</w:t>
            </w:r>
          </w:p>
        </w:tc>
        <w:tc>
          <w:tcPr>
            <w:tcW w:w="425" w:type="dxa"/>
            <w:shd w:val="clear" w:color="auto" w:fill="D9EAF7"/>
            <w:vAlign w:val="center"/>
          </w:tcPr>
          <w:p w14:paraId="3AE2CB0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4</w:t>
            </w:r>
          </w:p>
        </w:tc>
        <w:tc>
          <w:tcPr>
            <w:tcW w:w="425" w:type="dxa"/>
            <w:shd w:val="clear" w:color="auto" w:fill="D9EAF7"/>
            <w:vAlign w:val="center"/>
          </w:tcPr>
          <w:p w14:paraId="2993AF80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3</w:t>
            </w:r>
          </w:p>
        </w:tc>
        <w:tc>
          <w:tcPr>
            <w:tcW w:w="426" w:type="dxa"/>
            <w:shd w:val="clear" w:color="auto" w:fill="D9EAF7"/>
            <w:vAlign w:val="center"/>
          </w:tcPr>
          <w:p w14:paraId="21C080D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</w:t>
            </w:r>
          </w:p>
        </w:tc>
        <w:tc>
          <w:tcPr>
            <w:tcW w:w="567" w:type="dxa"/>
            <w:shd w:val="clear" w:color="auto" w:fill="D9EAF7"/>
            <w:vAlign w:val="center"/>
          </w:tcPr>
          <w:p w14:paraId="711A980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</w:t>
            </w:r>
          </w:p>
        </w:tc>
        <w:tc>
          <w:tcPr>
            <w:tcW w:w="708" w:type="dxa"/>
            <w:shd w:val="clear" w:color="auto" w:fill="D9EAF7"/>
            <w:vAlign w:val="center"/>
          </w:tcPr>
          <w:p w14:paraId="244851E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n. b.</w:t>
            </w:r>
          </w:p>
        </w:tc>
      </w:tr>
      <w:tr w:rsidR="006F44C3" w:rsidRPr="006F44C3" w14:paraId="0ACD2F46" w14:textId="77777777" w:rsidTr="008777EC">
        <w:tc>
          <w:tcPr>
            <w:tcW w:w="8506" w:type="dxa"/>
            <w:vAlign w:val="center"/>
          </w:tcPr>
          <w:p w14:paraId="410C30F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beginnt nach einer Erklärung selbstständig mit der Arbeit.</w:t>
            </w:r>
          </w:p>
        </w:tc>
        <w:tc>
          <w:tcPr>
            <w:tcW w:w="425" w:type="dxa"/>
            <w:vAlign w:val="center"/>
          </w:tcPr>
          <w:p w14:paraId="0BBF8D90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4EA67D4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6" w:type="dxa"/>
            <w:vAlign w:val="center"/>
          </w:tcPr>
          <w:p w14:paraId="64207D2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4D6D5C9D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8" w:type="dxa"/>
            <w:vAlign w:val="center"/>
          </w:tcPr>
          <w:p w14:paraId="7786D60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5D621F93" w14:textId="77777777" w:rsidTr="008777EC">
        <w:tc>
          <w:tcPr>
            <w:tcW w:w="8506" w:type="dxa"/>
            <w:vAlign w:val="center"/>
          </w:tcPr>
          <w:p w14:paraId="7C9B3F68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fragt gezielt nach, wenn Arbeitsaufträge oder Abläufe unklar sind.</w:t>
            </w:r>
          </w:p>
        </w:tc>
        <w:tc>
          <w:tcPr>
            <w:tcW w:w="425" w:type="dxa"/>
            <w:vAlign w:val="center"/>
          </w:tcPr>
          <w:p w14:paraId="6ADC74B6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267654B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6" w:type="dxa"/>
            <w:vAlign w:val="center"/>
          </w:tcPr>
          <w:p w14:paraId="249DC2C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5346509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8" w:type="dxa"/>
            <w:vAlign w:val="center"/>
          </w:tcPr>
          <w:p w14:paraId="4B8F8EB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38CB04D6" w14:textId="77777777" w:rsidTr="008777EC">
        <w:tc>
          <w:tcPr>
            <w:tcW w:w="8506" w:type="dxa"/>
            <w:vAlign w:val="center"/>
          </w:tcPr>
          <w:p w14:paraId="18622D3C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erkennt, wann eine Aufgabe beendet ist, und meldet dies selbstständig zurück.</w:t>
            </w:r>
          </w:p>
        </w:tc>
        <w:tc>
          <w:tcPr>
            <w:tcW w:w="425" w:type="dxa"/>
            <w:vAlign w:val="center"/>
          </w:tcPr>
          <w:p w14:paraId="096E20A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60E86A6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6" w:type="dxa"/>
            <w:vAlign w:val="center"/>
          </w:tcPr>
          <w:p w14:paraId="4F47F92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172DCB9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8" w:type="dxa"/>
            <w:vAlign w:val="center"/>
          </w:tcPr>
          <w:p w14:paraId="52E8672D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63EC1CA6" w14:textId="77777777" w:rsidTr="008777EC">
        <w:tc>
          <w:tcPr>
            <w:tcW w:w="8506" w:type="dxa"/>
            <w:vAlign w:val="center"/>
          </w:tcPr>
          <w:p w14:paraId="5F85574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fragt nach neuen Aufgaben bzw. bietet Unterstützung an, </w:t>
            </w:r>
          </w:p>
        </w:tc>
        <w:tc>
          <w:tcPr>
            <w:tcW w:w="425" w:type="dxa"/>
            <w:vAlign w:val="center"/>
          </w:tcPr>
          <w:p w14:paraId="1971972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35C0B000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6" w:type="dxa"/>
            <w:vAlign w:val="center"/>
          </w:tcPr>
          <w:p w14:paraId="3C2CBB0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1B0EE86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8" w:type="dxa"/>
            <w:vAlign w:val="center"/>
          </w:tcPr>
          <w:p w14:paraId="25F5DB55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221725BD" w14:textId="77777777" w:rsidTr="008777EC">
        <w:tc>
          <w:tcPr>
            <w:tcW w:w="8506" w:type="dxa"/>
            <w:vAlign w:val="center"/>
          </w:tcPr>
          <w:p w14:paraId="7414052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kann bekannte Arbeitsschritte nach kurzer Zeit zunehmend ohne Hilfe ausführen.</w:t>
            </w:r>
          </w:p>
        </w:tc>
        <w:tc>
          <w:tcPr>
            <w:tcW w:w="425" w:type="dxa"/>
            <w:vAlign w:val="center"/>
          </w:tcPr>
          <w:p w14:paraId="3F16F59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6ED7CFA8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6" w:type="dxa"/>
            <w:vAlign w:val="center"/>
          </w:tcPr>
          <w:p w14:paraId="6846564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6D6860D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8" w:type="dxa"/>
            <w:vAlign w:val="center"/>
          </w:tcPr>
          <w:p w14:paraId="5857244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</w:tbl>
    <w:p w14:paraId="6D0F7FC0" w14:textId="77777777" w:rsidR="006F44C3" w:rsidRPr="006F44C3" w:rsidRDefault="006F44C3" w:rsidP="006F44C3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/>
          <w:bCs/>
          <w:color w:val="4F81BD" w:themeColor="accent1"/>
          <w:sz w:val="24"/>
          <w:szCs w:val="24"/>
          <w:lang w:val="de-DE"/>
        </w:rPr>
      </w:pPr>
      <w:r w:rsidRPr="006F44C3">
        <w:rPr>
          <w:rFonts w:ascii="Times New Roman" w:eastAsiaTheme="majorEastAsia" w:hAnsi="Times New Roman" w:cs="Times New Roman"/>
          <w:b/>
          <w:bCs/>
          <w:color w:val="4F81BD" w:themeColor="accent1"/>
          <w:sz w:val="24"/>
          <w:szCs w:val="24"/>
          <w:lang w:val="de-DE"/>
        </w:rPr>
        <w:t>3. Lern- und Leistungsbereitschaft</w:t>
      </w:r>
    </w:p>
    <w:tbl>
      <w:tblPr>
        <w:tblStyle w:val="Tabellenraster"/>
        <w:tblW w:w="11057" w:type="dxa"/>
        <w:tblInd w:w="-662" w:type="dxa"/>
        <w:tblLayout w:type="fixed"/>
        <w:tblLook w:val="04A0" w:firstRow="1" w:lastRow="0" w:firstColumn="1" w:lastColumn="0" w:noHBand="0" w:noVBand="1"/>
      </w:tblPr>
      <w:tblGrid>
        <w:gridCol w:w="8502"/>
        <w:gridCol w:w="454"/>
        <w:gridCol w:w="454"/>
        <w:gridCol w:w="454"/>
        <w:gridCol w:w="454"/>
        <w:gridCol w:w="739"/>
      </w:tblGrid>
      <w:tr w:rsidR="006F44C3" w:rsidRPr="006F44C3" w14:paraId="3EE9B157" w14:textId="77777777" w:rsidTr="008777EC">
        <w:tc>
          <w:tcPr>
            <w:tcW w:w="8502" w:type="dxa"/>
            <w:shd w:val="clear" w:color="auto" w:fill="D9EAF7"/>
            <w:vAlign w:val="center"/>
          </w:tcPr>
          <w:p w14:paraId="06A4DC85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Beobachtungskriterium</w:t>
            </w:r>
          </w:p>
        </w:tc>
        <w:tc>
          <w:tcPr>
            <w:tcW w:w="454" w:type="dxa"/>
            <w:shd w:val="clear" w:color="auto" w:fill="D9EAF7"/>
            <w:vAlign w:val="center"/>
          </w:tcPr>
          <w:p w14:paraId="7DAC7FD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4</w:t>
            </w:r>
          </w:p>
        </w:tc>
        <w:tc>
          <w:tcPr>
            <w:tcW w:w="454" w:type="dxa"/>
            <w:shd w:val="clear" w:color="auto" w:fill="D9EAF7"/>
            <w:vAlign w:val="center"/>
          </w:tcPr>
          <w:p w14:paraId="5DB1CE7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3</w:t>
            </w:r>
          </w:p>
        </w:tc>
        <w:tc>
          <w:tcPr>
            <w:tcW w:w="454" w:type="dxa"/>
            <w:shd w:val="clear" w:color="auto" w:fill="D9EAF7"/>
            <w:vAlign w:val="center"/>
          </w:tcPr>
          <w:p w14:paraId="094AD09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</w:t>
            </w:r>
          </w:p>
        </w:tc>
        <w:tc>
          <w:tcPr>
            <w:tcW w:w="454" w:type="dxa"/>
            <w:shd w:val="clear" w:color="auto" w:fill="D9EAF7"/>
            <w:vAlign w:val="center"/>
          </w:tcPr>
          <w:p w14:paraId="163152D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</w:t>
            </w:r>
          </w:p>
        </w:tc>
        <w:tc>
          <w:tcPr>
            <w:tcW w:w="739" w:type="dxa"/>
            <w:shd w:val="clear" w:color="auto" w:fill="D9EAF7"/>
            <w:vAlign w:val="center"/>
          </w:tcPr>
          <w:p w14:paraId="7D4443C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n. b.</w:t>
            </w:r>
          </w:p>
        </w:tc>
      </w:tr>
      <w:tr w:rsidR="006F44C3" w:rsidRPr="006F44C3" w14:paraId="23626B6A" w14:textId="77777777" w:rsidTr="008777EC">
        <w:tc>
          <w:tcPr>
            <w:tcW w:w="8502" w:type="dxa"/>
            <w:vAlign w:val="center"/>
          </w:tcPr>
          <w:p w14:paraId="26453458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zeigt Interesse an den Tätigkeiten und Abläufen des Betriebes.</w:t>
            </w:r>
          </w:p>
        </w:tc>
        <w:tc>
          <w:tcPr>
            <w:tcW w:w="454" w:type="dxa"/>
            <w:vAlign w:val="center"/>
          </w:tcPr>
          <w:p w14:paraId="47F5D05C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3C4742B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14D68860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053A78F6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39" w:type="dxa"/>
            <w:vAlign w:val="center"/>
          </w:tcPr>
          <w:p w14:paraId="2F3F1DA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22DE548A" w14:textId="77777777" w:rsidTr="008777EC">
        <w:tc>
          <w:tcPr>
            <w:tcW w:w="8502" w:type="dxa"/>
            <w:vAlign w:val="center"/>
          </w:tcPr>
          <w:p w14:paraId="11BF74C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nimmt neue Aufgaben und Herausforderungen offen an.</w:t>
            </w:r>
          </w:p>
        </w:tc>
        <w:tc>
          <w:tcPr>
            <w:tcW w:w="454" w:type="dxa"/>
            <w:vAlign w:val="center"/>
          </w:tcPr>
          <w:p w14:paraId="78EF199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07B6351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741E7410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4F576E1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39" w:type="dxa"/>
            <w:vAlign w:val="center"/>
          </w:tcPr>
          <w:p w14:paraId="68265D8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0900CAAE" w14:textId="77777777" w:rsidTr="008777EC">
        <w:tc>
          <w:tcPr>
            <w:tcW w:w="8502" w:type="dxa"/>
            <w:vAlign w:val="center"/>
          </w:tcPr>
          <w:p w14:paraId="465E05D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setzt Erklärungen und Hinweise praktisch um.</w:t>
            </w:r>
          </w:p>
        </w:tc>
        <w:tc>
          <w:tcPr>
            <w:tcW w:w="454" w:type="dxa"/>
            <w:vAlign w:val="center"/>
          </w:tcPr>
          <w:p w14:paraId="20126BBC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7DBBDD5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2B274ED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1E0847E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39" w:type="dxa"/>
            <w:vAlign w:val="center"/>
          </w:tcPr>
          <w:p w14:paraId="3EBA37F0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37FDCD3C" w14:textId="77777777" w:rsidTr="008777EC">
        <w:tc>
          <w:tcPr>
            <w:tcW w:w="8502" w:type="dxa"/>
            <w:vAlign w:val="center"/>
          </w:tcPr>
          <w:p w14:paraId="7E6C3C8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zeigt Bereitschaft, aus Fehlern zu lernen und die eigene Arbeitsweise zu verbessern.</w:t>
            </w:r>
          </w:p>
        </w:tc>
        <w:tc>
          <w:tcPr>
            <w:tcW w:w="454" w:type="dxa"/>
            <w:vAlign w:val="center"/>
          </w:tcPr>
          <w:p w14:paraId="195B775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64FE0C2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01256CA5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13C5B110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39" w:type="dxa"/>
            <w:vAlign w:val="center"/>
          </w:tcPr>
          <w:p w14:paraId="2226725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47A56CDC" w14:textId="77777777" w:rsidTr="008777EC">
        <w:tc>
          <w:tcPr>
            <w:tcW w:w="8502" w:type="dxa"/>
            <w:vAlign w:val="center"/>
          </w:tcPr>
          <w:p w14:paraId="1EB75386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zeigt ein für das Praktikum angemessenes Arbeitstempo.</w:t>
            </w:r>
          </w:p>
        </w:tc>
        <w:tc>
          <w:tcPr>
            <w:tcW w:w="454" w:type="dxa"/>
            <w:vAlign w:val="center"/>
          </w:tcPr>
          <w:p w14:paraId="7A0BF9D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387DB0B6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48F101B8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54" w:type="dxa"/>
            <w:vAlign w:val="center"/>
          </w:tcPr>
          <w:p w14:paraId="60DBD43F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39" w:type="dxa"/>
            <w:vAlign w:val="center"/>
          </w:tcPr>
          <w:p w14:paraId="6C6A5E0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</w:tbl>
    <w:p w14:paraId="304E10C2" w14:textId="77777777" w:rsidR="006F44C3" w:rsidRPr="006F44C3" w:rsidRDefault="006F44C3" w:rsidP="006F44C3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/>
          <w:bCs/>
          <w:color w:val="4F81BD" w:themeColor="accent1"/>
          <w:sz w:val="24"/>
          <w:szCs w:val="24"/>
          <w:lang w:val="de-DE"/>
        </w:rPr>
      </w:pPr>
      <w:r w:rsidRPr="006F44C3">
        <w:rPr>
          <w:rFonts w:ascii="Times New Roman" w:eastAsiaTheme="majorEastAsia" w:hAnsi="Times New Roman" w:cs="Times New Roman"/>
          <w:b/>
          <w:bCs/>
          <w:color w:val="4F81BD" w:themeColor="accent1"/>
          <w:sz w:val="24"/>
          <w:szCs w:val="24"/>
          <w:lang w:val="de-DE"/>
        </w:rPr>
        <w:t>4. Kommunikation und Sozialverhalten</w:t>
      </w:r>
    </w:p>
    <w:tbl>
      <w:tblPr>
        <w:tblStyle w:val="Tabellenraster"/>
        <w:tblW w:w="10904" w:type="dxa"/>
        <w:tblInd w:w="-561" w:type="dxa"/>
        <w:tblLayout w:type="fixed"/>
        <w:tblLook w:val="04A0" w:firstRow="1" w:lastRow="0" w:firstColumn="1" w:lastColumn="0" w:noHBand="0" w:noVBand="1"/>
      </w:tblPr>
      <w:tblGrid>
        <w:gridCol w:w="8494"/>
        <w:gridCol w:w="426"/>
        <w:gridCol w:w="425"/>
        <w:gridCol w:w="425"/>
        <w:gridCol w:w="425"/>
        <w:gridCol w:w="709"/>
      </w:tblGrid>
      <w:tr w:rsidR="008777EC" w:rsidRPr="006F44C3" w14:paraId="3D898054" w14:textId="77777777" w:rsidTr="008777EC">
        <w:trPr>
          <w:trHeight w:val="279"/>
        </w:trPr>
        <w:tc>
          <w:tcPr>
            <w:tcW w:w="8494" w:type="dxa"/>
            <w:shd w:val="clear" w:color="auto" w:fill="D9EAF7"/>
            <w:vAlign w:val="center"/>
          </w:tcPr>
          <w:p w14:paraId="3DE5BE5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Beobachtungskriterium</w:t>
            </w:r>
          </w:p>
        </w:tc>
        <w:tc>
          <w:tcPr>
            <w:tcW w:w="426" w:type="dxa"/>
            <w:shd w:val="clear" w:color="auto" w:fill="D9EAF7"/>
            <w:vAlign w:val="center"/>
          </w:tcPr>
          <w:p w14:paraId="31C3DD9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4</w:t>
            </w:r>
          </w:p>
        </w:tc>
        <w:tc>
          <w:tcPr>
            <w:tcW w:w="425" w:type="dxa"/>
            <w:shd w:val="clear" w:color="auto" w:fill="D9EAF7"/>
            <w:vAlign w:val="center"/>
          </w:tcPr>
          <w:p w14:paraId="42196085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3</w:t>
            </w:r>
          </w:p>
        </w:tc>
        <w:tc>
          <w:tcPr>
            <w:tcW w:w="425" w:type="dxa"/>
            <w:shd w:val="clear" w:color="auto" w:fill="D9EAF7"/>
            <w:vAlign w:val="center"/>
          </w:tcPr>
          <w:p w14:paraId="6298A6A8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</w:t>
            </w:r>
          </w:p>
        </w:tc>
        <w:tc>
          <w:tcPr>
            <w:tcW w:w="425" w:type="dxa"/>
            <w:shd w:val="clear" w:color="auto" w:fill="D9EAF7"/>
            <w:vAlign w:val="center"/>
          </w:tcPr>
          <w:p w14:paraId="153E5AC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</w:t>
            </w:r>
          </w:p>
        </w:tc>
        <w:tc>
          <w:tcPr>
            <w:tcW w:w="709" w:type="dxa"/>
            <w:shd w:val="clear" w:color="auto" w:fill="D9EAF7"/>
            <w:vAlign w:val="center"/>
          </w:tcPr>
          <w:p w14:paraId="142DD678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n. b.</w:t>
            </w:r>
          </w:p>
        </w:tc>
      </w:tr>
      <w:tr w:rsidR="008777EC" w:rsidRPr="006F44C3" w14:paraId="149B471F" w14:textId="77777777" w:rsidTr="008777EC">
        <w:trPr>
          <w:trHeight w:val="560"/>
        </w:trPr>
        <w:tc>
          <w:tcPr>
            <w:tcW w:w="8494" w:type="dxa"/>
            <w:vAlign w:val="center"/>
          </w:tcPr>
          <w:p w14:paraId="5F0CDBF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tritt gegenüber Mitarbeitenden, Kundinnen/Kunden bzw. anderen Personen höflich und respektvoll auf.</w:t>
            </w:r>
          </w:p>
        </w:tc>
        <w:tc>
          <w:tcPr>
            <w:tcW w:w="426" w:type="dxa"/>
            <w:vAlign w:val="center"/>
          </w:tcPr>
          <w:p w14:paraId="0B5FC7E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7484F10F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2B20CE3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249451A0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9" w:type="dxa"/>
            <w:vAlign w:val="center"/>
          </w:tcPr>
          <w:p w14:paraId="690C36B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8777EC" w:rsidRPr="006F44C3" w14:paraId="4AB80D76" w14:textId="77777777" w:rsidTr="008777EC">
        <w:trPr>
          <w:trHeight w:val="318"/>
        </w:trPr>
        <w:tc>
          <w:tcPr>
            <w:tcW w:w="8494" w:type="dxa"/>
            <w:vAlign w:val="center"/>
          </w:tcPr>
          <w:p w14:paraId="24043EC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hört bei Erklärungen aufmerksam zu und lässt andere ausreden.</w:t>
            </w:r>
          </w:p>
        </w:tc>
        <w:tc>
          <w:tcPr>
            <w:tcW w:w="426" w:type="dxa"/>
            <w:vAlign w:val="center"/>
          </w:tcPr>
          <w:p w14:paraId="51E98CA5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07C577CD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3D91AF7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19063B35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9" w:type="dxa"/>
            <w:vAlign w:val="center"/>
          </w:tcPr>
          <w:p w14:paraId="1F1A303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8777EC" w:rsidRPr="006F44C3" w14:paraId="28FF1035" w14:textId="77777777" w:rsidTr="008777EC">
        <w:trPr>
          <w:trHeight w:val="318"/>
        </w:trPr>
        <w:tc>
          <w:tcPr>
            <w:tcW w:w="8494" w:type="dxa"/>
            <w:vAlign w:val="center"/>
          </w:tcPr>
          <w:p w14:paraId="11E9482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kann verständlich Fragen stellen und eigene Anliegen angemessen formulieren.</w:t>
            </w:r>
          </w:p>
        </w:tc>
        <w:tc>
          <w:tcPr>
            <w:tcW w:w="426" w:type="dxa"/>
            <w:vAlign w:val="center"/>
          </w:tcPr>
          <w:p w14:paraId="3D81C34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362E5796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2AE2DD9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5C5B203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9" w:type="dxa"/>
            <w:vAlign w:val="center"/>
          </w:tcPr>
          <w:p w14:paraId="2EEF2F8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8777EC" w:rsidRPr="006F44C3" w14:paraId="6FD3BD3E" w14:textId="77777777" w:rsidTr="008777EC">
        <w:trPr>
          <w:trHeight w:val="331"/>
        </w:trPr>
        <w:tc>
          <w:tcPr>
            <w:tcW w:w="8494" w:type="dxa"/>
            <w:vAlign w:val="center"/>
          </w:tcPr>
          <w:p w14:paraId="5C1D83A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arbeitet kooperativ im Team und nimmt Unterstützung an.</w:t>
            </w:r>
          </w:p>
        </w:tc>
        <w:tc>
          <w:tcPr>
            <w:tcW w:w="426" w:type="dxa"/>
            <w:vAlign w:val="center"/>
          </w:tcPr>
          <w:p w14:paraId="735001D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5F6492F0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3065F39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523F42CC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9" w:type="dxa"/>
            <w:vAlign w:val="center"/>
          </w:tcPr>
          <w:p w14:paraId="5FF25C8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8777EC" w:rsidRPr="006F44C3" w14:paraId="74AA12A0" w14:textId="77777777" w:rsidTr="008777EC">
        <w:trPr>
          <w:trHeight w:val="318"/>
        </w:trPr>
        <w:tc>
          <w:tcPr>
            <w:tcW w:w="8494" w:type="dxa"/>
            <w:vAlign w:val="center"/>
          </w:tcPr>
          <w:p w14:paraId="290FE17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geht angemessen mit Kritik, Korrekturen und Rückmeldungen um.</w:t>
            </w:r>
          </w:p>
        </w:tc>
        <w:tc>
          <w:tcPr>
            <w:tcW w:w="426" w:type="dxa"/>
            <w:vAlign w:val="center"/>
          </w:tcPr>
          <w:p w14:paraId="614897DF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38F72E76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7DBE46A5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07A929B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9" w:type="dxa"/>
            <w:vAlign w:val="center"/>
          </w:tcPr>
          <w:p w14:paraId="7FB24265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0710E37B" w14:textId="77777777" w:rsidTr="008777EC">
        <w:trPr>
          <w:trHeight w:val="318"/>
        </w:trPr>
        <w:tc>
          <w:tcPr>
            <w:tcW w:w="8494" w:type="dxa"/>
            <w:vAlign w:val="center"/>
          </w:tcPr>
          <w:p w14:paraId="51C6AEDC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426" w:type="dxa"/>
            <w:vAlign w:val="center"/>
          </w:tcPr>
          <w:p w14:paraId="4E2F0AD5" w14:textId="77777777" w:rsidR="006F44C3" w:rsidRPr="006F44C3" w:rsidRDefault="006F44C3" w:rsidP="006F44C3">
            <w:pPr>
              <w:rPr>
                <w:rFonts w:ascii="Segoe UI Symbol" w:hAnsi="Segoe UI Symbol" w:cs="Segoe UI Symbol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vAlign w:val="center"/>
          </w:tcPr>
          <w:p w14:paraId="7DBF7035" w14:textId="77777777" w:rsidR="006F44C3" w:rsidRPr="006F44C3" w:rsidRDefault="006F44C3" w:rsidP="006F44C3">
            <w:pPr>
              <w:rPr>
                <w:rFonts w:ascii="Segoe UI Symbol" w:hAnsi="Segoe UI Symbol" w:cs="Segoe UI Symbol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vAlign w:val="center"/>
          </w:tcPr>
          <w:p w14:paraId="3440917F" w14:textId="77777777" w:rsidR="006F44C3" w:rsidRPr="006F44C3" w:rsidRDefault="006F44C3" w:rsidP="006F44C3">
            <w:pPr>
              <w:rPr>
                <w:rFonts w:ascii="Segoe UI Symbol" w:hAnsi="Segoe UI Symbol" w:cs="Segoe UI Symbol"/>
                <w:sz w:val="24"/>
                <w:szCs w:val="24"/>
                <w:lang w:val="de-DE"/>
              </w:rPr>
            </w:pPr>
          </w:p>
        </w:tc>
        <w:tc>
          <w:tcPr>
            <w:tcW w:w="425" w:type="dxa"/>
            <w:vAlign w:val="center"/>
          </w:tcPr>
          <w:p w14:paraId="2C1A92E0" w14:textId="77777777" w:rsidR="006F44C3" w:rsidRPr="006F44C3" w:rsidRDefault="006F44C3" w:rsidP="006F44C3">
            <w:pPr>
              <w:rPr>
                <w:rFonts w:ascii="Segoe UI Symbol" w:hAnsi="Segoe UI Symbol" w:cs="Segoe UI Symbol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vAlign w:val="center"/>
          </w:tcPr>
          <w:p w14:paraId="128157C5" w14:textId="77777777" w:rsidR="006F44C3" w:rsidRPr="006F44C3" w:rsidRDefault="006F44C3" w:rsidP="006F44C3">
            <w:pPr>
              <w:rPr>
                <w:rFonts w:ascii="Segoe UI Symbol" w:hAnsi="Segoe UI Symbol" w:cs="Segoe UI Symbol"/>
                <w:sz w:val="24"/>
                <w:szCs w:val="24"/>
                <w:lang w:val="de-DE"/>
              </w:rPr>
            </w:pPr>
          </w:p>
        </w:tc>
      </w:tr>
    </w:tbl>
    <w:p w14:paraId="3B9980BB" w14:textId="77777777" w:rsidR="006F44C3" w:rsidRPr="006F44C3" w:rsidRDefault="006F44C3" w:rsidP="006F44C3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/>
          <w:bCs/>
          <w:color w:val="4F81BD" w:themeColor="accent1"/>
          <w:sz w:val="24"/>
          <w:szCs w:val="24"/>
          <w:lang w:val="de-DE"/>
        </w:rPr>
      </w:pPr>
      <w:r w:rsidRPr="006F44C3">
        <w:rPr>
          <w:rFonts w:ascii="Times New Roman" w:eastAsiaTheme="majorEastAsia" w:hAnsi="Times New Roman" w:cs="Times New Roman"/>
          <w:b/>
          <w:bCs/>
          <w:color w:val="4F81BD" w:themeColor="accent1"/>
          <w:sz w:val="24"/>
          <w:szCs w:val="24"/>
          <w:lang w:val="de-DE"/>
        </w:rPr>
        <w:lastRenderedPageBreak/>
        <w:t>5.Berufliches Verhalten und Eignung</w:t>
      </w:r>
    </w:p>
    <w:tbl>
      <w:tblPr>
        <w:tblStyle w:val="Tabellenraster"/>
        <w:tblW w:w="10916" w:type="dxa"/>
        <w:tblInd w:w="-588" w:type="dxa"/>
        <w:tblLayout w:type="fixed"/>
        <w:tblLook w:val="04A0" w:firstRow="1" w:lastRow="0" w:firstColumn="1" w:lastColumn="0" w:noHBand="0" w:noVBand="1"/>
      </w:tblPr>
      <w:tblGrid>
        <w:gridCol w:w="8081"/>
        <w:gridCol w:w="567"/>
        <w:gridCol w:w="425"/>
        <w:gridCol w:w="567"/>
        <w:gridCol w:w="567"/>
        <w:gridCol w:w="709"/>
      </w:tblGrid>
      <w:tr w:rsidR="006F44C3" w:rsidRPr="006F44C3" w14:paraId="23824825" w14:textId="77777777" w:rsidTr="008777EC">
        <w:tc>
          <w:tcPr>
            <w:tcW w:w="8081" w:type="dxa"/>
            <w:shd w:val="clear" w:color="auto" w:fill="D9EAF7"/>
            <w:vAlign w:val="center"/>
          </w:tcPr>
          <w:p w14:paraId="0AEC627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Beobachtungskriterium</w:t>
            </w:r>
          </w:p>
        </w:tc>
        <w:tc>
          <w:tcPr>
            <w:tcW w:w="567" w:type="dxa"/>
            <w:shd w:val="clear" w:color="auto" w:fill="D9EAF7"/>
            <w:vAlign w:val="center"/>
          </w:tcPr>
          <w:p w14:paraId="298A7BF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4</w:t>
            </w:r>
          </w:p>
        </w:tc>
        <w:tc>
          <w:tcPr>
            <w:tcW w:w="425" w:type="dxa"/>
            <w:shd w:val="clear" w:color="auto" w:fill="D9EAF7"/>
            <w:vAlign w:val="center"/>
          </w:tcPr>
          <w:p w14:paraId="40C1D166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3</w:t>
            </w:r>
          </w:p>
        </w:tc>
        <w:tc>
          <w:tcPr>
            <w:tcW w:w="567" w:type="dxa"/>
            <w:shd w:val="clear" w:color="auto" w:fill="D9EAF7"/>
            <w:vAlign w:val="center"/>
          </w:tcPr>
          <w:p w14:paraId="668B11C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</w:t>
            </w:r>
          </w:p>
        </w:tc>
        <w:tc>
          <w:tcPr>
            <w:tcW w:w="567" w:type="dxa"/>
            <w:shd w:val="clear" w:color="auto" w:fill="D9EAF7"/>
            <w:vAlign w:val="center"/>
          </w:tcPr>
          <w:p w14:paraId="003572A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</w:t>
            </w:r>
          </w:p>
        </w:tc>
        <w:tc>
          <w:tcPr>
            <w:tcW w:w="709" w:type="dxa"/>
            <w:shd w:val="clear" w:color="auto" w:fill="D9EAF7"/>
            <w:vAlign w:val="center"/>
          </w:tcPr>
          <w:p w14:paraId="1D7B6FF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n. b.</w:t>
            </w:r>
          </w:p>
        </w:tc>
      </w:tr>
      <w:tr w:rsidR="006F44C3" w:rsidRPr="006F44C3" w14:paraId="38E79DFA" w14:textId="77777777" w:rsidTr="008777EC">
        <w:tc>
          <w:tcPr>
            <w:tcW w:w="8081" w:type="dxa"/>
            <w:vAlign w:val="center"/>
          </w:tcPr>
          <w:p w14:paraId="5816824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hält betriebliche Regeln, Sicherheitsvorgaben und Arbeitsanweisungen ein.</w:t>
            </w:r>
          </w:p>
        </w:tc>
        <w:tc>
          <w:tcPr>
            <w:tcW w:w="567" w:type="dxa"/>
            <w:vAlign w:val="center"/>
          </w:tcPr>
          <w:p w14:paraId="729047D6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2420D47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1A84305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5C3FB2F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9" w:type="dxa"/>
            <w:vAlign w:val="center"/>
          </w:tcPr>
          <w:p w14:paraId="12C2093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77AF257C" w14:textId="77777777" w:rsidTr="008777EC">
        <w:tc>
          <w:tcPr>
            <w:tcW w:w="8081" w:type="dxa"/>
            <w:vAlign w:val="center"/>
          </w:tcPr>
          <w:p w14:paraId="28A45F5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zeigt ein angemessenes Auftreten für den jeweiligen Arbeitsbereich.</w:t>
            </w:r>
          </w:p>
        </w:tc>
        <w:tc>
          <w:tcPr>
            <w:tcW w:w="567" w:type="dxa"/>
            <w:vAlign w:val="center"/>
          </w:tcPr>
          <w:p w14:paraId="44EAF03D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040F274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5461D34F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47F470B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9" w:type="dxa"/>
            <w:vAlign w:val="center"/>
          </w:tcPr>
          <w:p w14:paraId="0794EF5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0797CCB1" w14:textId="77777777" w:rsidTr="008777EC">
        <w:tc>
          <w:tcPr>
            <w:tcW w:w="8081" w:type="dxa"/>
            <w:vAlign w:val="center"/>
          </w:tcPr>
          <w:p w14:paraId="153E056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zeigt Geschick bzw. Verständnis für typische Tätigkeiten des kennengelernten Berufsfeldes.</w:t>
            </w:r>
          </w:p>
        </w:tc>
        <w:tc>
          <w:tcPr>
            <w:tcW w:w="567" w:type="dxa"/>
            <w:vAlign w:val="center"/>
          </w:tcPr>
          <w:p w14:paraId="0762F859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7ADE2853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37BDE89F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0B91E7F8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9" w:type="dxa"/>
            <w:vAlign w:val="center"/>
          </w:tcPr>
          <w:p w14:paraId="777CBE2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062612A8" w14:textId="77777777" w:rsidTr="008777EC">
        <w:tc>
          <w:tcPr>
            <w:tcW w:w="8081" w:type="dxa"/>
            <w:vAlign w:val="center"/>
          </w:tcPr>
          <w:p w14:paraId="659452C7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kann sich auf wechselnde Aufgaben oder Situationen einstellen.</w:t>
            </w:r>
          </w:p>
        </w:tc>
        <w:tc>
          <w:tcPr>
            <w:tcW w:w="567" w:type="dxa"/>
            <w:vAlign w:val="center"/>
          </w:tcPr>
          <w:p w14:paraId="06388A24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4218457E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382ED86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782FC066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9" w:type="dxa"/>
            <w:vAlign w:val="center"/>
          </w:tcPr>
          <w:p w14:paraId="5AF50DFA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  <w:tr w:rsidR="006F44C3" w:rsidRPr="006F44C3" w14:paraId="36D0559D" w14:textId="77777777" w:rsidTr="008777EC">
        <w:tc>
          <w:tcPr>
            <w:tcW w:w="8081" w:type="dxa"/>
            <w:vAlign w:val="center"/>
          </w:tcPr>
          <w:p w14:paraId="7DA65A8B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zeigt insgesamt Interesse bzw. erkennbare Eignung für das kennengelernte Berufsfeld.</w:t>
            </w:r>
          </w:p>
        </w:tc>
        <w:tc>
          <w:tcPr>
            <w:tcW w:w="567" w:type="dxa"/>
            <w:vAlign w:val="center"/>
          </w:tcPr>
          <w:p w14:paraId="71EC8A71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425" w:type="dxa"/>
            <w:vAlign w:val="center"/>
          </w:tcPr>
          <w:p w14:paraId="1A880C4F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704D04E5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567" w:type="dxa"/>
            <w:vAlign w:val="center"/>
          </w:tcPr>
          <w:p w14:paraId="55C1A8FF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  <w:tc>
          <w:tcPr>
            <w:tcW w:w="709" w:type="dxa"/>
            <w:vAlign w:val="center"/>
          </w:tcPr>
          <w:p w14:paraId="017D1662" w14:textId="77777777" w:rsidR="006F44C3" w:rsidRPr="006F44C3" w:rsidRDefault="006F44C3" w:rsidP="006F44C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F44C3">
              <w:rPr>
                <w:rFonts w:ascii="Segoe UI Symbol" w:hAnsi="Segoe UI Symbol" w:cs="Segoe UI Symbol"/>
                <w:sz w:val="24"/>
                <w:szCs w:val="24"/>
                <w:lang w:val="de-DE"/>
              </w:rPr>
              <w:t>☐</w:t>
            </w:r>
          </w:p>
        </w:tc>
      </w:tr>
    </w:tbl>
    <w:p w14:paraId="717141B9" w14:textId="77777777" w:rsidR="006F44C3" w:rsidRPr="006F44C3" w:rsidRDefault="006F44C3" w:rsidP="006F44C3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de-DE"/>
        </w:rPr>
      </w:pPr>
      <w:r w:rsidRPr="006F44C3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de-DE"/>
        </w:rPr>
        <w:t>6. Gesamtbeurteilung</w:t>
      </w:r>
    </w:p>
    <w:p w14:paraId="20F34BC6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Besondere Stärken der Schülerin / des Schülers:</w:t>
      </w:r>
    </w:p>
    <w:p w14:paraId="30AE9E42" w14:textId="0DCEE17E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FA0DB6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In welchem Bereich hat die Schülerin / der Schüler während des Praktikums die größte Entwicklung gezeigt?</w:t>
      </w:r>
    </w:p>
    <w:p w14:paraId="1A21DCF0" w14:textId="03BB87FA" w:rsidR="008777EC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ECE0BF" w14:textId="3A9BAAC1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Woran sollte die Schülerin / der Schüler aus Ihrer Sicht noch arbeiten?</w:t>
      </w:r>
    </w:p>
    <w:p w14:paraId="06420FA2" w14:textId="10BADE8C" w:rsidR="008777EC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76F33A" w14:textId="4C5C269C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Wie schätzen Sie die grundsätzliche Eignung für dieses Berufsfeld ein?</w:t>
      </w:r>
    </w:p>
    <w:p w14:paraId="545DCADD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="Segoe UI Symbol" w:hAnsi="Segoe UI Symbol" w:cs="Segoe UI Symbol"/>
          <w:sz w:val="22"/>
          <w:lang w:val="de-DE"/>
        </w:rPr>
        <w:t>☐</w:t>
      </w:r>
      <w:r w:rsidRPr="006F44C3">
        <w:rPr>
          <w:rFonts w:asciiTheme="minorHAnsi" w:hAnsiTheme="minorHAnsi"/>
          <w:sz w:val="22"/>
          <w:lang w:val="de-DE"/>
        </w:rPr>
        <w:t xml:space="preserve"> sehr gut geeignet    </w:t>
      </w:r>
      <w:r w:rsidRPr="006F44C3">
        <w:rPr>
          <w:rFonts w:ascii="Segoe UI Symbol" w:hAnsi="Segoe UI Symbol" w:cs="Segoe UI Symbol"/>
          <w:sz w:val="22"/>
          <w:lang w:val="de-DE"/>
        </w:rPr>
        <w:t>☐</w:t>
      </w:r>
      <w:r w:rsidRPr="006F44C3">
        <w:rPr>
          <w:rFonts w:asciiTheme="minorHAnsi" w:hAnsiTheme="minorHAnsi"/>
          <w:sz w:val="22"/>
          <w:lang w:val="de-DE"/>
        </w:rPr>
        <w:t xml:space="preserve"> gut geeignet    </w:t>
      </w:r>
      <w:r w:rsidRPr="006F44C3">
        <w:rPr>
          <w:rFonts w:ascii="Segoe UI Symbol" w:hAnsi="Segoe UI Symbol" w:cs="Segoe UI Symbol"/>
          <w:sz w:val="22"/>
          <w:lang w:val="de-DE"/>
        </w:rPr>
        <w:t>☐</w:t>
      </w:r>
      <w:r w:rsidRPr="006F44C3">
        <w:rPr>
          <w:rFonts w:asciiTheme="minorHAnsi" w:hAnsiTheme="minorHAnsi"/>
          <w:sz w:val="22"/>
          <w:lang w:val="de-DE"/>
        </w:rPr>
        <w:t xml:space="preserve"> teilweise geeignet    </w:t>
      </w:r>
      <w:r w:rsidRPr="006F44C3">
        <w:rPr>
          <w:rFonts w:ascii="Segoe UI Symbol" w:hAnsi="Segoe UI Symbol" w:cs="Segoe UI Symbol"/>
          <w:sz w:val="22"/>
          <w:lang w:val="de-DE"/>
        </w:rPr>
        <w:t>☐</w:t>
      </w:r>
      <w:r w:rsidRPr="006F44C3">
        <w:rPr>
          <w:rFonts w:asciiTheme="minorHAnsi" w:hAnsiTheme="minorHAnsi"/>
          <w:sz w:val="22"/>
          <w:lang w:val="de-DE"/>
        </w:rPr>
        <w:t xml:space="preserve"> eher nicht geeignet    </w:t>
      </w:r>
      <w:r w:rsidRPr="006F44C3">
        <w:rPr>
          <w:rFonts w:ascii="Segoe UI Symbol" w:hAnsi="Segoe UI Symbol" w:cs="Segoe UI Symbol"/>
          <w:sz w:val="22"/>
          <w:lang w:val="de-DE"/>
        </w:rPr>
        <w:t>☐</w:t>
      </w:r>
      <w:r w:rsidRPr="006F44C3">
        <w:rPr>
          <w:rFonts w:asciiTheme="minorHAnsi" w:hAnsiTheme="minorHAnsi"/>
          <w:sz w:val="22"/>
          <w:lang w:val="de-DE"/>
        </w:rPr>
        <w:t xml:space="preserve"> nicht beurteilbar</w:t>
      </w:r>
    </w:p>
    <w:p w14:paraId="2D3C7579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Würden Sie die Schülerin / den Schüler für ein weiteres Praktikum oder eine Ausbildung in Ihrem Betrieb in Betracht ziehen?</w:t>
      </w:r>
    </w:p>
    <w:p w14:paraId="03738019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="Segoe UI Symbol" w:hAnsi="Segoe UI Symbol" w:cs="Segoe UI Symbol"/>
          <w:sz w:val="22"/>
          <w:lang w:val="de-DE"/>
        </w:rPr>
        <w:t>☐</w:t>
      </w:r>
      <w:r w:rsidRPr="006F44C3">
        <w:rPr>
          <w:rFonts w:asciiTheme="minorHAnsi" w:hAnsiTheme="minorHAnsi"/>
          <w:sz w:val="22"/>
          <w:lang w:val="de-DE"/>
        </w:rPr>
        <w:t xml:space="preserve"> ja    </w:t>
      </w:r>
      <w:r w:rsidRPr="006F44C3">
        <w:rPr>
          <w:rFonts w:ascii="Segoe UI Symbol" w:hAnsi="Segoe UI Symbol" w:cs="Segoe UI Symbol"/>
          <w:sz w:val="22"/>
          <w:lang w:val="de-DE"/>
        </w:rPr>
        <w:t>☐</w:t>
      </w:r>
      <w:r w:rsidRPr="006F44C3">
        <w:rPr>
          <w:rFonts w:asciiTheme="minorHAnsi" w:hAnsiTheme="minorHAnsi"/>
          <w:sz w:val="22"/>
          <w:lang w:val="de-DE"/>
        </w:rPr>
        <w:t xml:space="preserve"> eher ja    </w:t>
      </w:r>
      <w:r w:rsidRPr="006F44C3">
        <w:rPr>
          <w:rFonts w:ascii="Segoe UI Symbol" w:hAnsi="Segoe UI Symbol" w:cs="Segoe UI Symbol"/>
          <w:sz w:val="22"/>
          <w:lang w:val="de-DE"/>
        </w:rPr>
        <w:t>☐</w:t>
      </w:r>
      <w:r w:rsidRPr="006F44C3">
        <w:rPr>
          <w:rFonts w:asciiTheme="minorHAnsi" w:hAnsiTheme="minorHAnsi"/>
          <w:sz w:val="22"/>
          <w:lang w:val="de-DE"/>
        </w:rPr>
        <w:t xml:space="preserve"> eher nein    </w:t>
      </w:r>
      <w:r w:rsidRPr="006F44C3">
        <w:rPr>
          <w:rFonts w:ascii="Segoe UI Symbol" w:hAnsi="Segoe UI Symbol" w:cs="Segoe UI Symbol"/>
          <w:sz w:val="22"/>
          <w:lang w:val="de-DE"/>
        </w:rPr>
        <w:t>☐</w:t>
      </w:r>
      <w:r w:rsidRPr="006F44C3">
        <w:rPr>
          <w:rFonts w:asciiTheme="minorHAnsi" w:hAnsiTheme="minorHAnsi"/>
          <w:sz w:val="22"/>
          <w:lang w:val="de-DE"/>
        </w:rPr>
        <w:t xml:space="preserve"> nein    </w:t>
      </w:r>
      <w:r w:rsidRPr="006F44C3">
        <w:rPr>
          <w:rFonts w:ascii="Segoe UI Symbol" w:hAnsi="Segoe UI Symbol" w:cs="Segoe UI Symbol"/>
          <w:sz w:val="22"/>
          <w:lang w:val="de-DE"/>
        </w:rPr>
        <w:t>☐</w:t>
      </w:r>
      <w:r w:rsidRPr="006F44C3">
        <w:rPr>
          <w:rFonts w:asciiTheme="minorHAnsi" w:hAnsiTheme="minorHAnsi"/>
          <w:sz w:val="22"/>
          <w:lang w:val="de-DE"/>
        </w:rPr>
        <w:t xml:space="preserve"> kann ich nicht beurteilen</w:t>
      </w:r>
    </w:p>
    <w:p w14:paraId="0105EA18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Kurze Begründung:</w:t>
      </w:r>
    </w:p>
    <w:p w14:paraId="5AF2583C" w14:textId="6BF85B73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2FD483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</w:p>
    <w:p w14:paraId="2BF854F2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Fehltage: ______        Verspätungen: ______</w:t>
      </w:r>
    </w:p>
    <w:p w14:paraId="70DF99F5" w14:textId="77777777" w:rsidR="006F44C3" w:rsidRPr="006F44C3" w:rsidRDefault="006F44C3" w:rsidP="006F44C3">
      <w:pPr>
        <w:rPr>
          <w:rFonts w:asciiTheme="minorHAnsi" w:hAnsiTheme="minorHAnsi"/>
          <w:sz w:val="22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br/>
        <w:t>Datum: ____________________</w:t>
      </w:r>
    </w:p>
    <w:p w14:paraId="32A46C5D" w14:textId="31E73451" w:rsidR="006F44C3" w:rsidRPr="00066D8E" w:rsidRDefault="006F44C3">
      <w:pPr>
        <w:rPr>
          <w:rFonts w:ascii="Times New Roman" w:hAnsi="Times New Roman" w:cs="Times New Roman"/>
          <w:lang w:val="de-DE"/>
        </w:rPr>
      </w:pPr>
      <w:r w:rsidRPr="006F44C3">
        <w:rPr>
          <w:rFonts w:asciiTheme="minorHAnsi" w:hAnsiTheme="minorHAnsi"/>
          <w:sz w:val="22"/>
          <w:lang w:val="de-DE"/>
        </w:rPr>
        <w:t>Betreuer/in: ______________________________        Schüler/in: ______________________________</w:t>
      </w:r>
    </w:p>
    <w:sectPr w:rsidR="006F44C3" w:rsidRPr="00066D8E" w:rsidSect="00034616"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862844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6B7DA7"/>
    <w:multiLevelType w:val="hybridMultilevel"/>
    <w:tmpl w:val="6A9663F6"/>
    <w:lvl w:ilvl="0" w:tplc="63983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53C13"/>
    <w:multiLevelType w:val="hybridMultilevel"/>
    <w:tmpl w:val="D9BEFBB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9458">
    <w:abstractNumId w:val="8"/>
  </w:num>
  <w:num w:numId="2" w16cid:durableId="881863649">
    <w:abstractNumId w:val="6"/>
  </w:num>
  <w:num w:numId="3" w16cid:durableId="205653146">
    <w:abstractNumId w:val="5"/>
  </w:num>
  <w:num w:numId="4" w16cid:durableId="645085851">
    <w:abstractNumId w:val="4"/>
  </w:num>
  <w:num w:numId="5" w16cid:durableId="1377269436">
    <w:abstractNumId w:val="7"/>
  </w:num>
  <w:num w:numId="6" w16cid:durableId="20981021">
    <w:abstractNumId w:val="3"/>
  </w:num>
  <w:num w:numId="7" w16cid:durableId="1166287152">
    <w:abstractNumId w:val="2"/>
  </w:num>
  <w:num w:numId="8" w16cid:durableId="1398748290">
    <w:abstractNumId w:val="1"/>
  </w:num>
  <w:num w:numId="9" w16cid:durableId="1933277978">
    <w:abstractNumId w:val="0"/>
  </w:num>
  <w:num w:numId="10" w16cid:durableId="1432972252">
    <w:abstractNumId w:val="9"/>
  </w:num>
  <w:num w:numId="11" w16cid:durableId="18265043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D8E"/>
    <w:rsid w:val="00077B1E"/>
    <w:rsid w:val="0015074B"/>
    <w:rsid w:val="0029639D"/>
    <w:rsid w:val="00326F90"/>
    <w:rsid w:val="00480A84"/>
    <w:rsid w:val="0065194F"/>
    <w:rsid w:val="006F44C3"/>
    <w:rsid w:val="008777EC"/>
    <w:rsid w:val="008924F7"/>
    <w:rsid w:val="00907385"/>
    <w:rsid w:val="009641D9"/>
    <w:rsid w:val="00A83A26"/>
    <w:rsid w:val="00AA1D8D"/>
    <w:rsid w:val="00B47730"/>
    <w:rsid w:val="00C7319D"/>
    <w:rsid w:val="00CB0664"/>
    <w:rsid w:val="00D74289"/>
    <w:rsid w:val="00E749C8"/>
    <w:rsid w:val="00F91B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735D14"/>
  <w14:defaultImageDpi w14:val="300"/>
  <w15:docId w15:val="{EB6D8645-00F1-4007-B703-DF4FE04D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924F7"/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1521</Words>
  <Characters>9583</Characters>
  <Application>Microsoft Office Word</Application>
  <DocSecurity>0</DocSecurity>
  <Lines>79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Jasmin Urbanek</cp:lastModifiedBy>
  <cp:revision>3</cp:revision>
  <dcterms:created xsi:type="dcterms:W3CDTF">2026-09-01T05:11:00Z</dcterms:created>
  <dcterms:modified xsi:type="dcterms:W3CDTF">2026-09-01T08:57:00Z</dcterms:modified>
  <cp:category/>
</cp:coreProperties>
</file>